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80199C" w14:textId="77777777" w:rsidR="004A7115" w:rsidRPr="00C35618" w:rsidRDefault="00FD29E5" w:rsidP="00C35618">
      <w:pPr>
        <w:pStyle w:val="Title"/>
      </w:pPr>
      <w:r w:rsidRPr="00C35618">
        <w:t>Martin Harris</w:t>
      </w:r>
    </w:p>
    <w:p w14:paraId="61632925" w14:textId="22E20A03" w:rsidR="004A7115" w:rsidRPr="00236581" w:rsidRDefault="00FD29E5" w:rsidP="006C389A">
      <w:pPr>
        <w:pStyle w:val="Heading2"/>
      </w:pPr>
      <w:r w:rsidRPr="00236581">
        <w:t xml:space="preserve">Senior IT Project Manager | Cloud, Infrastructure &amp; </w:t>
      </w:r>
      <w:r w:rsidR="00931C5B">
        <w:t>Apps</w:t>
      </w:r>
    </w:p>
    <w:p w14:paraId="4CCBE565" w14:textId="77777777" w:rsidR="00344DAB" w:rsidRPr="00236581" w:rsidRDefault="00344DAB" w:rsidP="00344DAB">
      <w:pPr>
        <w:spacing w:after="0" w:line="240" w:lineRule="auto"/>
        <w:rPr>
          <w:spacing w:val="-10"/>
          <w:sz w:val="20"/>
          <w:szCs w:val="20"/>
          <w:lang w:val="en-GB"/>
        </w:rPr>
      </w:pPr>
    </w:p>
    <w:p w14:paraId="342E687A" w14:textId="77777777" w:rsidR="004A7115" w:rsidRPr="00236581" w:rsidRDefault="00FD29E5" w:rsidP="00344DAB">
      <w:pPr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>📍 Bishops Stortford, Hertfordshire, UK</w:t>
      </w:r>
    </w:p>
    <w:p w14:paraId="242C72AD" w14:textId="77777777" w:rsidR="00344DAB" w:rsidRPr="00236581" w:rsidRDefault="00FD29E5" w:rsidP="00344DAB">
      <w:pPr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>📞 +44 (0)78 525 789 33</w:t>
      </w:r>
    </w:p>
    <w:p w14:paraId="736AE9B5" w14:textId="3B115D13" w:rsidR="004A7115" w:rsidRPr="00236581" w:rsidRDefault="00FD29E5" w:rsidP="00344DAB">
      <w:pPr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>✉️ martinharris10@icloud.com</w:t>
      </w:r>
    </w:p>
    <w:p w14:paraId="6794B957" w14:textId="4DB08334" w:rsidR="004A7115" w:rsidRPr="00236581" w:rsidRDefault="00FD29E5" w:rsidP="00344DAB">
      <w:pPr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 xml:space="preserve">🔗 LinkedIn: </w:t>
      </w:r>
      <w:hyperlink r:id="rId6" w:history="1">
        <w:r w:rsidR="004A7115" w:rsidRPr="00236581">
          <w:rPr>
            <w:rStyle w:val="Hyperlink"/>
            <w:spacing w:val="-10"/>
            <w:sz w:val="20"/>
            <w:szCs w:val="20"/>
            <w:lang w:val="en-GB"/>
          </w:rPr>
          <w:t>https://www.linkedin.com/in/martin-harris-88309bb</w:t>
        </w:r>
      </w:hyperlink>
    </w:p>
    <w:p w14:paraId="069A9887" w14:textId="4BDCD866" w:rsidR="0023639A" w:rsidRDefault="00FD29E5" w:rsidP="00344DAB">
      <w:pPr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 xml:space="preserve">🌐 </w:t>
      </w:r>
      <w:r w:rsidR="003F5260">
        <w:rPr>
          <w:spacing w:val="-10"/>
          <w:sz w:val="20"/>
          <w:szCs w:val="20"/>
          <w:lang w:val="en-GB"/>
        </w:rPr>
        <w:t>Detailed Career History</w:t>
      </w:r>
      <w:r w:rsidRPr="00236581">
        <w:rPr>
          <w:spacing w:val="-10"/>
          <w:sz w:val="20"/>
          <w:szCs w:val="20"/>
          <w:lang w:val="en-GB"/>
        </w:rPr>
        <w:t xml:space="preserve">: </w:t>
      </w:r>
      <w:hyperlink r:id="rId7" w:history="1">
        <w:r w:rsidR="005E7614" w:rsidRPr="00637E35">
          <w:rPr>
            <w:rStyle w:val="Hyperlink"/>
            <w:spacing w:val="-10"/>
            <w:sz w:val="20"/>
            <w:szCs w:val="20"/>
            <w:lang w:val="en-GB"/>
          </w:rPr>
          <w:t>https://www.mkklion.com/it</w:t>
        </w:r>
      </w:hyperlink>
    </w:p>
    <w:p w14:paraId="77AA853B" w14:textId="77777777" w:rsidR="00931C5B" w:rsidRDefault="00931C5B" w:rsidP="00931C5B">
      <w:pPr>
        <w:spacing w:after="0" w:line="240" w:lineRule="auto"/>
        <w:rPr>
          <w:spacing w:val="-10"/>
          <w:sz w:val="20"/>
          <w:szCs w:val="20"/>
          <w:lang w:val="en-GB"/>
        </w:rPr>
      </w:pPr>
    </w:p>
    <w:p w14:paraId="5C2E13A7" w14:textId="77777777" w:rsidR="00704AF3" w:rsidRDefault="00704AF3" w:rsidP="00931C5B">
      <w:pPr>
        <w:spacing w:after="0" w:line="240" w:lineRule="auto"/>
        <w:rPr>
          <w:spacing w:val="-10"/>
          <w:sz w:val="20"/>
          <w:szCs w:val="20"/>
          <w:lang w:val="en-GB"/>
        </w:rPr>
      </w:pPr>
    </w:p>
    <w:p w14:paraId="4F3135F9" w14:textId="77777777" w:rsidR="001E25F6" w:rsidRPr="006C389A" w:rsidRDefault="001E25F6" w:rsidP="006C389A">
      <w:pPr>
        <w:pStyle w:val="Heading2"/>
      </w:pPr>
      <w:r w:rsidRPr="006C389A">
        <w:t>Summary</w:t>
      </w:r>
    </w:p>
    <w:p w14:paraId="4226AED8" w14:textId="2A8CCF05" w:rsidR="00F70F43" w:rsidRDefault="00E3761F" w:rsidP="00E3761F">
      <w:pPr>
        <w:spacing w:after="0" w:line="240" w:lineRule="auto"/>
        <w:rPr>
          <w:spacing w:val="-10"/>
          <w:sz w:val="20"/>
          <w:szCs w:val="20"/>
          <w:lang w:val="en-GB"/>
        </w:rPr>
      </w:pPr>
      <w:r>
        <w:rPr>
          <w:spacing w:val="-10"/>
          <w:sz w:val="20"/>
          <w:szCs w:val="20"/>
          <w:lang w:val="en-GB"/>
        </w:rPr>
        <w:t>For 20+ years I have worked as an IT Project Manager, delivering a wide range of projects</w:t>
      </w:r>
      <w:r>
        <w:rPr>
          <w:spacing w:val="-10"/>
          <w:sz w:val="20"/>
          <w:szCs w:val="20"/>
          <w:lang w:val="en-GB"/>
        </w:rPr>
        <w:t xml:space="preserve">, such as </w:t>
      </w:r>
      <w:r w:rsidR="00FD29E5" w:rsidRPr="00236581">
        <w:rPr>
          <w:spacing w:val="-10"/>
          <w:sz w:val="20"/>
          <w:szCs w:val="20"/>
          <w:lang w:val="en-GB"/>
        </w:rPr>
        <w:t>cloud</w:t>
      </w:r>
      <w:r>
        <w:rPr>
          <w:spacing w:val="-10"/>
          <w:sz w:val="20"/>
          <w:szCs w:val="20"/>
          <w:lang w:val="en-GB"/>
        </w:rPr>
        <w:t xml:space="preserve"> migrations</w:t>
      </w:r>
      <w:r w:rsidR="00FD29E5" w:rsidRPr="00236581">
        <w:rPr>
          <w:spacing w:val="-10"/>
          <w:sz w:val="20"/>
          <w:szCs w:val="20"/>
          <w:lang w:val="en-GB"/>
        </w:rPr>
        <w:t>, application</w:t>
      </w:r>
      <w:r>
        <w:rPr>
          <w:spacing w:val="-10"/>
          <w:sz w:val="20"/>
          <w:szCs w:val="20"/>
          <w:lang w:val="en-GB"/>
        </w:rPr>
        <w:t xml:space="preserve"> development</w:t>
      </w:r>
      <w:r w:rsidR="00FD29E5" w:rsidRPr="00236581">
        <w:rPr>
          <w:spacing w:val="-10"/>
          <w:sz w:val="20"/>
          <w:szCs w:val="20"/>
          <w:lang w:val="en-GB"/>
        </w:rPr>
        <w:t xml:space="preserve"> and infrastructure projects for financial services, insurance, and government sectors. Proven success managing cross-functional teams (onshore/offshore), multimillion-pound budgets, PMO governanc</w:t>
      </w:r>
      <w:r w:rsidR="001E25F6">
        <w:rPr>
          <w:spacing w:val="-10"/>
          <w:sz w:val="20"/>
          <w:szCs w:val="20"/>
          <w:lang w:val="en-GB"/>
        </w:rPr>
        <w:t>e</w:t>
      </w:r>
      <w:r w:rsidR="00FD29E5" w:rsidRPr="00236581">
        <w:rPr>
          <w:spacing w:val="-10"/>
          <w:sz w:val="20"/>
          <w:szCs w:val="20"/>
          <w:lang w:val="en-GB"/>
        </w:rPr>
        <w:t xml:space="preserve"> and executive stakeholder engagement. </w:t>
      </w:r>
      <w:r w:rsidR="00F70F43">
        <w:rPr>
          <w:spacing w:val="-10"/>
          <w:sz w:val="20"/>
          <w:szCs w:val="20"/>
          <w:lang w:val="en-GB"/>
        </w:rPr>
        <w:t>My role has always been two parts – (i) governance, project control and reporting, and (ii) ensuring people allocated to a project are enabled to perform their job, remov</w:t>
      </w:r>
      <w:r w:rsidR="007332E5">
        <w:rPr>
          <w:spacing w:val="-10"/>
          <w:sz w:val="20"/>
          <w:szCs w:val="20"/>
          <w:lang w:val="en-GB"/>
        </w:rPr>
        <w:t>ing</w:t>
      </w:r>
      <w:r w:rsidR="00F70F43">
        <w:rPr>
          <w:spacing w:val="-10"/>
          <w:sz w:val="20"/>
          <w:szCs w:val="20"/>
          <w:lang w:val="en-GB"/>
        </w:rPr>
        <w:t xml:space="preserve"> their barriers and blockers, so they can deliver th</w:t>
      </w:r>
      <w:r w:rsidR="007332E5">
        <w:rPr>
          <w:spacing w:val="-10"/>
          <w:sz w:val="20"/>
          <w:szCs w:val="20"/>
          <w:lang w:val="en-GB"/>
        </w:rPr>
        <w:t xml:space="preserve">e </w:t>
      </w:r>
      <w:r w:rsidR="00F70F43">
        <w:rPr>
          <w:spacing w:val="-10"/>
          <w:sz w:val="20"/>
          <w:szCs w:val="20"/>
          <w:lang w:val="en-GB"/>
        </w:rPr>
        <w:t>actual change.</w:t>
      </w:r>
    </w:p>
    <w:p w14:paraId="66C5110D" w14:textId="77777777" w:rsidR="00C60A5D" w:rsidRDefault="00C60A5D" w:rsidP="00344DAB">
      <w:pPr>
        <w:spacing w:after="0" w:line="240" w:lineRule="auto"/>
        <w:rPr>
          <w:spacing w:val="-10"/>
          <w:sz w:val="20"/>
          <w:szCs w:val="20"/>
          <w:lang w:val="en-GB"/>
        </w:rPr>
      </w:pPr>
    </w:p>
    <w:p w14:paraId="2A843ED0" w14:textId="77777777" w:rsidR="00704AF3" w:rsidRPr="00236581" w:rsidRDefault="00704AF3" w:rsidP="00344DAB">
      <w:pPr>
        <w:spacing w:after="0" w:line="240" w:lineRule="auto"/>
        <w:rPr>
          <w:spacing w:val="-10"/>
          <w:sz w:val="20"/>
          <w:szCs w:val="20"/>
          <w:lang w:val="en-GB"/>
        </w:rPr>
      </w:pPr>
    </w:p>
    <w:p w14:paraId="19C5479A" w14:textId="575FC0DF" w:rsidR="004A7115" w:rsidRPr="00071BAF" w:rsidRDefault="00FD29E5" w:rsidP="006C389A">
      <w:pPr>
        <w:pStyle w:val="Heading2"/>
      </w:pPr>
      <w:r w:rsidRPr="00071BAF">
        <w:t>Core Competencies</w:t>
      </w:r>
    </w:p>
    <w:p w14:paraId="5AB75347" w14:textId="4AE68066" w:rsidR="006F69D9" w:rsidRPr="00236581" w:rsidRDefault="00FD29E5" w:rsidP="00344DAB">
      <w:pPr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 xml:space="preserve">Cloud </w:t>
      </w:r>
      <w:r w:rsidR="005A3F82" w:rsidRPr="00236581">
        <w:rPr>
          <w:spacing w:val="-10"/>
          <w:sz w:val="20"/>
          <w:szCs w:val="20"/>
          <w:lang w:val="en-GB"/>
        </w:rPr>
        <w:t>m</w:t>
      </w:r>
      <w:r w:rsidRPr="00236581">
        <w:rPr>
          <w:spacing w:val="-10"/>
          <w:sz w:val="20"/>
          <w:szCs w:val="20"/>
          <w:lang w:val="en-GB"/>
        </w:rPr>
        <w:t xml:space="preserve">igrations (Azure, AWS), </w:t>
      </w:r>
      <w:r w:rsidR="005A3F82" w:rsidRPr="00236581">
        <w:rPr>
          <w:spacing w:val="-10"/>
          <w:sz w:val="20"/>
          <w:szCs w:val="20"/>
          <w:lang w:val="en-GB"/>
        </w:rPr>
        <w:t>d</w:t>
      </w:r>
      <w:r w:rsidRPr="00236581">
        <w:rPr>
          <w:spacing w:val="-10"/>
          <w:sz w:val="20"/>
          <w:szCs w:val="20"/>
          <w:lang w:val="en-GB"/>
        </w:rPr>
        <w:t>ata</w:t>
      </w:r>
      <w:r w:rsidR="005A3F82" w:rsidRPr="00236581">
        <w:rPr>
          <w:spacing w:val="-10"/>
          <w:sz w:val="20"/>
          <w:szCs w:val="20"/>
          <w:lang w:val="en-GB"/>
        </w:rPr>
        <w:t>c</w:t>
      </w:r>
      <w:r w:rsidRPr="00236581">
        <w:rPr>
          <w:spacing w:val="-10"/>
          <w:sz w:val="20"/>
          <w:szCs w:val="20"/>
          <w:lang w:val="en-GB"/>
        </w:rPr>
        <w:t xml:space="preserve">entre </w:t>
      </w:r>
      <w:r w:rsidR="005A3F82" w:rsidRPr="00236581">
        <w:rPr>
          <w:spacing w:val="-10"/>
          <w:sz w:val="20"/>
          <w:szCs w:val="20"/>
          <w:lang w:val="en-GB"/>
        </w:rPr>
        <w:t>c</w:t>
      </w:r>
      <w:r w:rsidRPr="00236581">
        <w:rPr>
          <w:spacing w:val="-10"/>
          <w:sz w:val="20"/>
          <w:szCs w:val="20"/>
          <w:lang w:val="en-GB"/>
        </w:rPr>
        <w:t xml:space="preserve">onsolidation &amp; </w:t>
      </w:r>
      <w:r w:rsidR="005A3F82" w:rsidRPr="00236581">
        <w:rPr>
          <w:spacing w:val="-10"/>
          <w:sz w:val="20"/>
          <w:szCs w:val="20"/>
          <w:lang w:val="en-GB"/>
        </w:rPr>
        <w:t>d</w:t>
      </w:r>
      <w:r w:rsidRPr="00236581">
        <w:rPr>
          <w:spacing w:val="-10"/>
          <w:sz w:val="20"/>
          <w:szCs w:val="20"/>
          <w:lang w:val="en-GB"/>
        </w:rPr>
        <w:t xml:space="preserve">ecommissioning, Agile, Scrum, Waterfall &amp; Hybrid </w:t>
      </w:r>
      <w:r w:rsidR="005A3F82" w:rsidRPr="00236581">
        <w:rPr>
          <w:spacing w:val="-10"/>
          <w:sz w:val="20"/>
          <w:szCs w:val="20"/>
          <w:lang w:val="en-GB"/>
        </w:rPr>
        <w:t>d</w:t>
      </w:r>
      <w:r w:rsidRPr="00236581">
        <w:rPr>
          <w:spacing w:val="-10"/>
          <w:sz w:val="20"/>
          <w:szCs w:val="20"/>
          <w:lang w:val="en-GB"/>
        </w:rPr>
        <w:t xml:space="preserve">elivery, </w:t>
      </w:r>
      <w:r w:rsidR="005A3F82" w:rsidRPr="00236581">
        <w:rPr>
          <w:spacing w:val="-10"/>
          <w:sz w:val="20"/>
          <w:szCs w:val="20"/>
          <w:lang w:val="en-GB"/>
        </w:rPr>
        <w:t>b</w:t>
      </w:r>
      <w:r w:rsidRPr="00236581">
        <w:rPr>
          <w:spacing w:val="-10"/>
          <w:sz w:val="20"/>
          <w:szCs w:val="20"/>
          <w:lang w:val="en-GB"/>
        </w:rPr>
        <w:t xml:space="preserve">udget </w:t>
      </w:r>
      <w:r w:rsidR="005A3F82" w:rsidRPr="00236581">
        <w:rPr>
          <w:spacing w:val="-10"/>
          <w:sz w:val="20"/>
          <w:szCs w:val="20"/>
          <w:lang w:val="en-GB"/>
        </w:rPr>
        <w:t>m</w:t>
      </w:r>
      <w:r w:rsidRPr="00236581">
        <w:rPr>
          <w:spacing w:val="-10"/>
          <w:sz w:val="20"/>
          <w:szCs w:val="20"/>
          <w:lang w:val="en-GB"/>
        </w:rPr>
        <w:t xml:space="preserve">anagement &amp; </w:t>
      </w:r>
      <w:r w:rsidR="005A3F82" w:rsidRPr="00236581">
        <w:rPr>
          <w:spacing w:val="-10"/>
          <w:sz w:val="20"/>
          <w:szCs w:val="20"/>
          <w:lang w:val="en-GB"/>
        </w:rPr>
        <w:t>c</w:t>
      </w:r>
      <w:r w:rsidRPr="00236581">
        <w:rPr>
          <w:spacing w:val="-10"/>
          <w:sz w:val="20"/>
          <w:szCs w:val="20"/>
          <w:lang w:val="en-GB"/>
        </w:rPr>
        <w:t xml:space="preserve">ost </w:t>
      </w:r>
      <w:r w:rsidR="005A3F82" w:rsidRPr="00236581">
        <w:rPr>
          <w:spacing w:val="-10"/>
          <w:sz w:val="20"/>
          <w:szCs w:val="20"/>
          <w:lang w:val="en-GB"/>
        </w:rPr>
        <w:t>o</w:t>
      </w:r>
      <w:r w:rsidRPr="00236581">
        <w:rPr>
          <w:spacing w:val="-10"/>
          <w:sz w:val="20"/>
          <w:szCs w:val="20"/>
          <w:lang w:val="en-GB"/>
        </w:rPr>
        <w:t xml:space="preserve">ptimization, RAID, PMO </w:t>
      </w:r>
      <w:r w:rsidR="005A3F82" w:rsidRPr="00236581">
        <w:rPr>
          <w:spacing w:val="-10"/>
          <w:sz w:val="20"/>
          <w:szCs w:val="20"/>
          <w:lang w:val="en-GB"/>
        </w:rPr>
        <w:t>g</w:t>
      </w:r>
      <w:r w:rsidRPr="00236581">
        <w:rPr>
          <w:spacing w:val="-10"/>
          <w:sz w:val="20"/>
          <w:szCs w:val="20"/>
          <w:lang w:val="en-GB"/>
        </w:rPr>
        <w:t xml:space="preserve">overnance &amp; SteerCo </w:t>
      </w:r>
      <w:r w:rsidR="005A3F82" w:rsidRPr="00236581">
        <w:rPr>
          <w:spacing w:val="-10"/>
          <w:sz w:val="20"/>
          <w:szCs w:val="20"/>
          <w:lang w:val="en-GB"/>
        </w:rPr>
        <w:t>r</w:t>
      </w:r>
      <w:r w:rsidRPr="00236581">
        <w:rPr>
          <w:spacing w:val="-10"/>
          <w:sz w:val="20"/>
          <w:szCs w:val="20"/>
          <w:lang w:val="en-GB"/>
        </w:rPr>
        <w:t>eporting,</w:t>
      </w:r>
      <w:r w:rsidR="005A3F82" w:rsidRPr="00236581">
        <w:rPr>
          <w:spacing w:val="-10"/>
          <w:sz w:val="20"/>
          <w:szCs w:val="20"/>
          <w:lang w:val="en-GB"/>
        </w:rPr>
        <w:t xml:space="preserve"> a</w:t>
      </w:r>
      <w:r w:rsidRPr="00236581">
        <w:rPr>
          <w:spacing w:val="-10"/>
          <w:sz w:val="20"/>
          <w:szCs w:val="20"/>
          <w:lang w:val="en-GB"/>
        </w:rPr>
        <w:t xml:space="preserve">pplication </w:t>
      </w:r>
      <w:r w:rsidR="005A3F82" w:rsidRPr="00236581">
        <w:rPr>
          <w:spacing w:val="-10"/>
          <w:sz w:val="20"/>
          <w:szCs w:val="20"/>
          <w:lang w:val="en-GB"/>
        </w:rPr>
        <w:t>u</w:t>
      </w:r>
      <w:r w:rsidRPr="00236581">
        <w:rPr>
          <w:spacing w:val="-10"/>
          <w:sz w:val="20"/>
          <w:szCs w:val="20"/>
          <w:lang w:val="en-GB"/>
        </w:rPr>
        <w:t xml:space="preserve">pgrades &amp; </w:t>
      </w:r>
      <w:r w:rsidR="005A3F82" w:rsidRPr="00236581">
        <w:rPr>
          <w:spacing w:val="-10"/>
          <w:sz w:val="20"/>
          <w:szCs w:val="20"/>
          <w:lang w:val="en-GB"/>
        </w:rPr>
        <w:t>r</w:t>
      </w:r>
      <w:r w:rsidRPr="00236581">
        <w:rPr>
          <w:spacing w:val="-10"/>
          <w:sz w:val="20"/>
          <w:szCs w:val="20"/>
          <w:lang w:val="en-GB"/>
        </w:rPr>
        <w:t xml:space="preserve">ollouts, </w:t>
      </w:r>
      <w:r w:rsidR="005A3F82" w:rsidRPr="00236581">
        <w:rPr>
          <w:spacing w:val="-10"/>
          <w:sz w:val="20"/>
          <w:szCs w:val="20"/>
          <w:lang w:val="en-GB"/>
        </w:rPr>
        <w:t>s</w:t>
      </w:r>
      <w:r w:rsidRPr="00236581">
        <w:rPr>
          <w:spacing w:val="-10"/>
          <w:sz w:val="20"/>
          <w:szCs w:val="20"/>
          <w:lang w:val="en-GB"/>
        </w:rPr>
        <w:t xml:space="preserve">ervice </w:t>
      </w:r>
      <w:r w:rsidR="005A3F82" w:rsidRPr="00236581">
        <w:rPr>
          <w:spacing w:val="-10"/>
          <w:sz w:val="20"/>
          <w:szCs w:val="20"/>
          <w:lang w:val="en-GB"/>
        </w:rPr>
        <w:t>t</w:t>
      </w:r>
      <w:r w:rsidRPr="00236581">
        <w:rPr>
          <w:spacing w:val="-10"/>
          <w:sz w:val="20"/>
          <w:szCs w:val="20"/>
          <w:lang w:val="en-GB"/>
        </w:rPr>
        <w:t xml:space="preserve">ransition &amp; </w:t>
      </w:r>
      <w:r w:rsidR="005A3F82" w:rsidRPr="00236581">
        <w:rPr>
          <w:spacing w:val="-10"/>
          <w:sz w:val="20"/>
          <w:szCs w:val="20"/>
          <w:lang w:val="en-GB"/>
        </w:rPr>
        <w:t>s</w:t>
      </w:r>
      <w:r w:rsidRPr="00236581">
        <w:rPr>
          <w:spacing w:val="-10"/>
          <w:sz w:val="20"/>
          <w:szCs w:val="20"/>
          <w:lang w:val="en-GB"/>
        </w:rPr>
        <w:t xml:space="preserve">upport </w:t>
      </w:r>
      <w:r w:rsidR="005A3F82" w:rsidRPr="00236581">
        <w:rPr>
          <w:spacing w:val="-10"/>
          <w:sz w:val="20"/>
          <w:szCs w:val="20"/>
          <w:lang w:val="en-GB"/>
        </w:rPr>
        <w:t>h</w:t>
      </w:r>
      <w:r w:rsidRPr="00236581">
        <w:rPr>
          <w:spacing w:val="-10"/>
          <w:sz w:val="20"/>
          <w:szCs w:val="20"/>
          <w:lang w:val="en-GB"/>
        </w:rPr>
        <w:t xml:space="preserve">andover, </w:t>
      </w:r>
      <w:r w:rsidR="005A3F82" w:rsidRPr="00236581">
        <w:rPr>
          <w:spacing w:val="-10"/>
          <w:sz w:val="20"/>
          <w:szCs w:val="20"/>
          <w:lang w:val="en-GB"/>
        </w:rPr>
        <w:t>s</w:t>
      </w:r>
      <w:r w:rsidRPr="00236581">
        <w:rPr>
          <w:spacing w:val="-10"/>
          <w:sz w:val="20"/>
          <w:szCs w:val="20"/>
          <w:lang w:val="en-GB"/>
        </w:rPr>
        <w:t xml:space="preserve">takeholder </w:t>
      </w:r>
      <w:r w:rsidR="005A3F82" w:rsidRPr="00236581">
        <w:rPr>
          <w:spacing w:val="-10"/>
          <w:sz w:val="20"/>
          <w:szCs w:val="20"/>
          <w:lang w:val="en-GB"/>
        </w:rPr>
        <w:t>m</w:t>
      </w:r>
      <w:r w:rsidRPr="00236581">
        <w:rPr>
          <w:spacing w:val="-10"/>
          <w:sz w:val="20"/>
          <w:szCs w:val="20"/>
          <w:lang w:val="en-GB"/>
        </w:rPr>
        <w:t xml:space="preserve">anagement &amp; </w:t>
      </w:r>
      <w:r w:rsidR="005A3F82" w:rsidRPr="00236581">
        <w:rPr>
          <w:spacing w:val="-10"/>
          <w:sz w:val="20"/>
          <w:szCs w:val="20"/>
          <w:lang w:val="en-GB"/>
        </w:rPr>
        <w:t>c</w:t>
      </w:r>
      <w:r w:rsidRPr="00236581">
        <w:rPr>
          <w:spacing w:val="-10"/>
          <w:sz w:val="20"/>
          <w:szCs w:val="20"/>
          <w:lang w:val="en-GB"/>
        </w:rPr>
        <w:t xml:space="preserve">ommunication, </w:t>
      </w:r>
      <w:r w:rsidR="005A3F82" w:rsidRPr="00236581">
        <w:rPr>
          <w:spacing w:val="-10"/>
          <w:sz w:val="20"/>
          <w:szCs w:val="20"/>
          <w:lang w:val="en-GB"/>
        </w:rPr>
        <w:t>t</w:t>
      </w:r>
      <w:r w:rsidRPr="00236581">
        <w:rPr>
          <w:spacing w:val="-10"/>
          <w:sz w:val="20"/>
          <w:szCs w:val="20"/>
          <w:lang w:val="en-GB"/>
        </w:rPr>
        <w:t xml:space="preserve">eam </w:t>
      </w:r>
      <w:r w:rsidR="005A3F82" w:rsidRPr="00236581">
        <w:rPr>
          <w:spacing w:val="-10"/>
          <w:sz w:val="20"/>
          <w:szCs w:val="20"/>
          <w:lang w:val="en-GB"/>
        </w:rPr>
        <w:t>l</w:t>
      </w:r>
      <w:r w:rsidRPr="00236581">
        <w:rPr>
          <w:spacing w:val="-10"/>
          <w:sz w:val="20"/>
          <w:szCs w:val="20"/>
          <w:lang w:val="en-GB"/>
        </w:rPr>
        <w:t xml:space="preserve">eadership </w:t>
      </w:r>
      <w:r w:rsidR="005A3F82" w:rsidRPr="00236581">
        <w:rPr>
          <w:spacing w:val="-10"/>
          <w:sz w:val="20"/>
          <w:szCs w:val="20"/>
          <w:lang w:val="en-GB"/>
        </w:rPr>
        <w:t>and me</w:t>
      </w:r>
      <w:r w:rsidR="00C1795F" w:rsidRPr="00236581">
        <w:rPr>
          <w:spacing w:val="-10"/>
          <w:sz w:val="20"/>
          <w:szCs w:val="20"/>
          <w:lang w:val="en-GB"/>
        </w:rPr>
        <w:t>n</w:t>
      </w:r>
      <w:r w:rsidR="005A3F82" w:rsidRPr="00236581">
        <w:rPr>
          <w:spacing w:val="-10"/>
          <w:sz w:val="20"/>
          <w:szCs w:val="20"/>
          <w:lang w:val="en-GB"/>
        </w:rPr>
        <w:t>toring</w:t>
      </w:r>
      <w:r w:rsidRPr="00236581">
        <w:rPr>
          <w:spacing w:val="-10"/>
          <w:sz w:val="20"/>
          <w:szCs w:val="20"/>
          <w:lang w:val="en-GB"/>
        </w:rPr>
        <w:t xml:space="preserve">, </w:t>
      </w:r>
      <w:r w:rsidR="00C1795F" w:rsidRPr="00236581">
        <w:rPr>
          <w:spacing w:val="-10"/>
          <w:sz w:val="20"/>
          <w:szCs w:val="20"/>
          <w:lang w:val="en-GB"/>
        </w:rPr>
        <w:t>v</w:t>
      </w:r>
      <w:r w:rsidRPr="00236581">
        <w:rPr>
          <w:spacing w:val="-10"/>
          <w:sz w:val="20"/>
          <w:szCs w:val="20"/>
          <w:lang w:val="en-GB"/>
        </w:rPr>
        <w:t xml:space="preserve">endor &amp; </w:t>
      </w:r>
      <w:r w:rsidR="00C1795F" w:rsidRPr="00236581">
        <w:rPr>
          <w:spacing w:val="-10"/>
          <w:sz w:val="20"/>
          <w:szCs w:val="20"/>
          <w:lang w:val="en-GB"/>
        </w:rPr>
        <w:t>p</w:t>
      </w:r>
      <w:r w:rsidRPr="00236581">
        <w:rPr>
          <w:spacing w:val="-10"/>
          <w:sz w:val="20"/>
          <w:szCs w:val="20"/>
          <w:lang w:val="en-GB"/>
        </w:rPr>
        <w:t xml:space="preserve">artner </w:t>
      </w:r>
      <w:r w:rsidR="00C1795F" w:rsidRPr="00236581">
        <w:rPr>
          <w:spacing w:val="-10"/>
          <w:sz w:val="20"/>
          <w:szCs w:val="20"/>
          <w:lang w:val="en-GB"/>
        </w:rPr>
        <w:t>m</w:t>
      </w:r>
      <w:r w:rsidRPr="00236581">
        <w:rPr>
          <w:spacing w:val="-10"/>
          <w:sz w:val="20"/>
          <w:szCs w:val="20"/>
          <w:lang w:val="en-GB"/>
        </w:rPr>
        <w:t>anagement</w:t>
      </w:r>
      <w:r w:rsidR="00344DAB" w:rsidRPr="00236581">
        <w:rPr>
          <w:spacing w:val="-10"/>
          <w:sz w:val="20"/>
          <w:szCs w:val="20"/>
          <w:lang w:val="en-GB"/>
        </w:rPr>
        <w:t>.</w:t>
      </w:r>
    </w:p>
    <w:p w14:paraId="402499DA" w14:textId="77777777" w:rsidR="00C60A5D" w:rsidRDefault="00C60A5D" w:rsidP="00344DAB">
      <w:pPr>
        <w:spacing w:after="0" w:line="240" w:lineRule="auto"/>
        <w:rPr>
          <w:spacing w:val="-10"/>
          <w:sz w:val="20"/>
          <w:szCs w:val="20"/>
          <w:lang w:val="en-GB"/>
        </w:rPr>
      </w:pPr>
    </w:p>
    <w:p w14:paraId="438D787A" w14:textId="77777777" w:rsidR="00704AF3" w:rsidRPr="00236581" w:rsidRDefault="00704AF3" w:rsidP="00344DAB">
      <w:pPr>
        <w:spacing w:after="0" w:line="240" w:lineRule="auto"/>
        <w:rPr>
          <w:spacing w:val="-10"/>
          <w:sz w:val="20"/>
          <w:szCs w:val="20"/>
          <w:lang w:val="en-GB"/>
        </w:rPr>
      </w:pPr>
    </w:p>
    <w:p w14:paraId="21606620" w14:textId="33D420D6" w:rsidR="004A7115" w:rsidRPr="00CC042E" w:rsidRDefault="001B7B43" w:rsidP="006C389A">
      <w:pPr>
        <w:pStyle w:val="Heading2"/>
      </w:pPr>
      <w:r w:rsidRPr="00CC042E">
        <w:t>IT Project Management</w:t>
      </w:r>
      <w:r w:rsidR="00FD29E5" w:rsidRPr="00CC042E">
        <w:t xml:space="preserve"> </w:t>
      </w:r>
      <w:r w:rsidR="002A2BFD" w:rsidRPr="00CC042E">
        <w:t>Work History</w:t>
      </w:r>
    </w:p>
    <w:p w14:paraId="328C1A7C" w14:textId="6CCB876B" w:rsidR="006F69D9" w:rsidRDefault="002F7229" w:rsidP="00C60A5D">
      <w:pPr>
        <w:pStyle w:val="ListBullet"/>
        <w:numPr>
          <w:ilvl w:val="0"/>
          <w:numId w:val="0"/>
        </w:numPr>
        <w:spacing w:after="0" w:line="240" w:lineRule="auto"/>
        <w:rPr>
          <w:color w:val="00B0F0"/>
          <w:spacing w:val="-10"/>
          <w:sz w:val="20"/>
          <w:szCs w:val="20"/>
          <w:lang w:val="en-GB"/>
        </w:rPr>
      </w:pPr>
      <w:r>
        <w:rPr>
          <w:color w:val="00B0F0"/>
          <w:spacing w:val="-10"/>
          <w:sz w:val="20"/>
          <w:szCs w:val="20"/>
          <w:lang w:val="en-GB"/>
        </w:rPr>
        <w:t xml:space="preserve">My entire work history can be found on my website, </w:t>
      </w:r>
      <w:hyperlink r:id="rId8" w:history="1">
        <w:r w:rsidRPr="009002EB">
          <w:rPr>
            <w:rStyle w:val="Hyperlink"/>
            <w:spacing w:val="-10"/>
            <w:sz w:val="20"/>
            <w:szCs w:val="20"/>
            <w:lang w:val="en-GB"/>
          </w:rPr>
          <w:t>www.mkklion.com/it</w:t>
        </w:r>
      </w:hyperlink>
    </w:p>
    <w:p w14:paraId="22BA5D14" w14:textId="77777777" w:rsidR="002F7229" w:rsidRDefault="002F7229" w:rsidP="00C60A5D">
      <w:pPr>
        <w:pStyle w:val="ListBullet"/>
        <w:numPr>
          <w:ilvl w:val="0"/>
          <w:numId w:val="0"/>
        </w:numPr>
        <w:spacing w:after="0" w:line="240" w:lineRule="auto"/>
        <w:rPr>
          <w:color w:val="00B0F0"/>
          <w:spacing w:val="-10"/>
          <w:sz w:val="20"/>
          <w:szCs w:val="20"/>
          <w:lang w:val="en-GB"/>
        </w:rPr>
      </w:pPr>
    </w:p>
    <w:p w14:paraId="441508A5" w14:textId="77777777" w:rsidR="002F7229" w:rsidRPr="00B269ED" w:rsidRDefault="002F7229" w:rsidP="00C60A5D">
      <w:pPr>
        <w:pStyle w:val="ListBullet"/>
        <w:numPr>
          <w:ilvl w:val="0"/>
          <w:numId w:val="0"/>
        </w:numPr>
        <w:spacing w:after="0" w:line="240" w:lineRule="auto"/>
        <w:rPr>
          <w:color w:val="00B0F0"/>
          <w:spacing w:val="-10"/>
          <w:sz w:val="20"/>
          <w:szCs w:val="20"/>
          <w:lang w:val="en-GB"/>
        </w:rPr>
      </w:pPr>
    </w:p>
    <w:p w14:paraId="0A3A8DA1" w14:textId="3FBF79AF" w:rsidR="004A7115" w:rsidRPr="00CC042E" w:rsidRDefault="00FD29E5" w:rsidP="006C389A">
      <w:pPr>
        <w:pStyle w:val="Heading3"/>
      </w:pPr>
      <w:r w:rsidRPr="00CC042E">
        <w:t>IT Project Manager – The Access Group</w:t>
      </w:r>
    </w:p>
    <w:p w14:paraId="03580F37" w14:textId="0103DE34" w:rsidR="004A7115" w:rsidRPr="00236581" w:rsidRDefault="00FD29E5" w:rsidP="006C389A">
      <w:pPr>
        <w:pStyle w:val="Heading4"/>
      </w:pPr>
      <w:r w:rsidRPr="00236581">
        <w:t xml:space="preserve">Feb 2025 – </w:t>
      </w:r>
      <w:r w:rsidR="00CB4697">
        <w:t>April</w:t>
      </w:r>
      <w:r w:rsidR="007D6500">
        <w:t xml:space="preserve"> 2026</w:t>
      </w:r>
      <w:r w:rsidRPr="00236581">
        <w:t xml:space="preserve"> | Contract</w:t>
      </w:r>
    </w:p>
    <w:p w14:paraId="5234300A" w14:textId="24C619D0" w:rsidR="00D8313C" w:rsidRPr="00236581" w:rsidRDefault="00D8313C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 xml:space="preserve">Part of a team to move </w:t>
      </w:r>
      <w:r w:rsidR="001139CF" w:rsidRPr="00236581">
        <w:rPr>
          <w:spacing w:val="-10"/>
          <w:sz w:val="20"/>
          <w:szCs w:val="20"/>
          <w:lang w:val="en-GB"/>
        </w:rPr>
        <w:t>a</w:t>
      </w:r>
      <w:r w:rsidRPr="00236581">
        <w:rPr>
          <w:spacing w:val="-10"/>
          <w:sz w:val="20"/>
          <w:szCs w:val="20"/>
          <w:lang w:val="en-GB"/>
        </w:rPr>
        <w:t>pplication</w:t>
      </w:r>
      <w:r w:rsidR="001139CF" w:rsidRPr="00236581">
        <w:rPr>
          <w:spacing w:val="-10"/>
          <w:sz w:val="20"/>
          <w:szCs w:val="20"/>
          <w:lang w:val="en-GB"/>
        </w:rPr>
        <w:t xml:space="preserve">s </w:t>
      </w:r>
      <w:r w:rsidR="00B40A68">
        <w:rPr>
          <w:spacing w:val="-10"/>
          <w:sz w:val="20"/>
          <w:szCs w:val="20"/>
          <w:lang w:val="en-GB"/>
        </w:rPr>
        <w:t xml:space="preserve">for 100 Government and Health Trust customers, </w:t>
      </w:r>
      <w:r w:rsidR="001139CF" w:rsidRPr="00236581">
        <w:rPr>
          <w:spacing w:val="-10"/>
          <w:sz w:val="20"/>
          <w:szCs w:val="20"/>
          <w:lang w:val="en-GB"/>
        </w:rPr>
        <w:t xml:space="preserve">from legacy </w:t>
      </w:r>
      <w:r w:rsidR="00234E29" w:rsidRPr="00236581">
        <w:rPr>
          <w:spacing w:val="-10"/>
          <w:sz w:val="20"/>
          <w:szCs w:val="20"/>
          <w:lang w:val="en-GB"/>
        </w:rPr>
        <w:t>datacentres</w:t>
      </w:r>
      <w:r w:rsidR="001139CF" w:rsidRPr="00236581">
        <w:rPr>
          <w:spacing w:val="-10"/>
          <w:sz w:val="20"/>
          <w:szCs w:val="20"/>
          <w:lang w:val="en-GB"/>
        </w:rPr>
        <w:t xml:space="preserve"> to </w:t>
      </w:r>
      <w:r w:rsidR="00C84F2B">
        <w:rPr>
          <w:spacing w:val="-10"/>
          <w:sz w:val="20"/>
          <w:szCs w:val="20"/>
          <w:lang w:val="en-GB"/>
        </w:rPr>
        <w:t>a</w:t>
      </w:r>
      <w:r w:rsidR="001139CF" w:rsidRPr="00236581">
        <w:rPr>
          <w:spacing w:val="-10"/>
          <w:sz w:val="20"/>
          <w:szCs w:val="20"/>
          <w:lang w:val="en-GB"/>
        </w:rPr>
        <w:t xml:space="preserve"> new </w:t>
      </w:r>
      <w:r w:rsidR="007D6500">
        <w:rPr>
          <w:spacing w:val="-10"/>
          <w:sz w:val="20"/>
          <w:szCs w:val="20"/>
          <w:lang w:val="en-GB"/>
        </w:rPr>
        <w:t>o</w:t>
      </w:r>
      <w:r w:rsidR="00C84F2B">
        <w:rPr>
          <w:spacing w:val="-10"/>
          <w:sz w:val="20"/>
          <w:szCs w:val="20"/>
          <w:lang w:val="en-GB"/>
        </w:rPr>
        <w:t>n</w:t>
      </w:r>
      <w:r w:rsidR="007D6500">
        <w:rPr>
          <w:spacing w:val="-10"/>
          <w:sz w:val="20"/>
          <w:szCs w:val="20"/>
          <w:lang w:val="en-GB"/>
        </w:rPr>
        <w:t xml:space="preserve">-premise </w:t>
      </w:r>
      <w:r w:rsidR="001139CF" w:rsidRPr="00236581">
        <w:rPr>
          <w:spacing w:val="-10"/>
          <w:sz w:val="20"/>
          <w:szCs w:val="20"/>
          <w:lang w:val="en-GB"/>
        </w:rPr>
        <w:t>location.</w:t>
      </w:r>
    </w:p>
    <w:p w14:paraId="7BEE203E" w14:textId="54CC673B" w:rsidR="001139CF" w:rsidRPr="00236581" w:rsidRDefault="00CB4697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>
        <w:rPr>
          <w:spacing w:val="-10"/>
          <w:sz w:val="20"/>
          <w:szCs w:val="20"/>
          <w:lang w:val="en-GB"/>
        </w:rPr>
        <w:t>Planning</w:t>
      </w:r>
      <w:r w:rsidR="006D61D7" w:rsidRPr="00236581">
        <w:rPr>
          <w:spacing w:val="-10"/>
          <w:sz w:val="20"/>
          <w:szCs w:val="20"/>
          <w:lang w:val="en-GB"/>
        </w:rPr>
        <w:t xml:space="preserve"> and deployment of Cortex anti-virus and Kesaya VSA patching tools to </w:t>
      </w:r>
      <w:r w:rsidR="00934A1B" w:rsidRPr="00236581">
        <w:rPr>
          <w:spacing w:val="-10"/>
          <w:sz w:val="20"/>
          <w:szCs w:val="20"/>
          <w:lang w:val="en-GB"/>
        </w:rPr>
        <w:t>2,500 Linux servers.</w:t>
      </w:r>
    </w:p>
    <w:p w14:paraId="644C6D85" w14:textId="0B972FBA" w:rsidR="004A7115" w:rsidRDefault="006622D5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>
        <w:rPr>
          <w:spacing w:val="-10"/>
          <w:sz w:val="20"/>
          <w:szCs w:val="20"/>
          <w:lang w:val="en-GB"/>
        </w:rPr>
        <w:t>Upgrading and replacing ageing out of support infrastructure.</w:t>
      </w:r>
    </w:p>
    <w:p w14:paraId="32ECD87E" w14:textId="476CFA3E" w:rsidR="00B40A68" w:rsidRDefault="00B40A68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>
        <w:rPr>
          <w:spacing w:val="-10"/>
          <w:sz w:val="20"/>
          <w:szCs w:val="20"/>
          <w:lang w:val="en-GB"/>
        </w:rPr>
        <w:t>Planning the decommission of two datacentres, when everything had been migrated out.</w:t>
      </w:r>
    </w:p>
    <w:p w14:paraId="62C574A3" w14:textId="77777777" w:rsidR="007332E5" w:rsidRDefault="007332E5" w:rsidP="007332E5">
      <w:pPr>
        <w:pStyle w:val="ListBullet"/>
        <w:numPr>
          <w:ilvl w:val="0"/>
          <w:numId w:val="0"/>
        </w:numPr>
        <w:spacing w:after="0" w:line="240" w:lineRule="auto"/>
        <w:ind w:left="360" w:hanging="360"/>
        <w:rPr>
          <w:spacing w:val="-10"/>
          <w:sz w:val="20"/>
          <w:szCs w:val="20"/>
          <w:lang w:val="en-GB"/>
        </w:rPr>
      </w:pPr>
    </w:p>
    <w:p w14:paraId="051ACC09" w14:textId="77777777" w:rsidR="002F7229" w:rsidRDefault="002F7229" w:rsidP="007332E5">
      <w:pPr>
        <w:pStyle w:val="ListBullet"/>
        <w:numPr>
          <w:ilvl w:val="0"/>
          <w:numId w:val="0"/>
        </w:numPr>
        <w:spacing w:after="0" w:line="240" w:lineRule="auto"/>
        <w:ind w:left="360" w:hanging="360"/>
        <w:rPr>
          <w:spacing w:val="-10"/>
          <w:sz w:val="20"/>
          <w:szCs w:val="20"/>
          <w:lang w:val="en-GB"/>
        </w:rPr>
      </w:pPr>
    </w:p>
    <w:p w14:paraId="578CDA82" w14:textId="76EEB580" w:rsidR="004A7115" w:rsidRPr="006C389A" w:rsidRDefault="00FD29E5" w:rsidP="006C389A">
      <w:pPr>
        <w:pStyle w:val="Heading3"/>
      </w:pPr>
      <w:r w:rsidRPr="006C389A">
        <w:t>IT Project Manager – Lloyd’s of London</w:t>
      </w:r>
    </w:p>
    <w:p w14:paraId="51A7826B" w14:textId="77777777" w:rsidR="004A7115" w:rsidRPr="001E25F6" w:rsidRDefault="00FD29E5" w:rsidP="006C389A">
      <w:pPr>
        <w:pStyle w:val="Heading4"/>
      </w:pPr>
      <w:r w:rsidRPr="001E25F6">
        <w:t>Jul 2024 – Dec 2024 | Contract</w:t>
      </w:r>
    </w:p>
    <w:p w14:paraId="224330DE" w14:textId="77777777" w:rsidR="004A7115" w:rsidRPr="00236581" w:rsidRDefault="00FD29E5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>Delivered improvements to submission services used by Managing Agents and Syndicates.</w:t>
      </w:r>
    </w:p>
    <w:p w14:paraId="338D3DFA" w14:textId="50C3DBC2" w:rsidR="004E7422" w:rsidRDefault="00FD29E5" w:rsidP="00F15BB6">
      <w:pPr>
        <w:pStyle w:val="ListBullet"/>
        <w:tabs>
          <w:tab w:val="num" w:pos="0"/>
        </w:tabs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>Managed Agile delivery with Scrum Master, deployment runbooks</w:t>
      </w:r>
      <w:r w:rsidR="00617EF1" w:rsidRPr="00236581">
        <w:rPr>
          <w:spacing w:val="-10"/>
          <w:sz w:val="20"/>
          <w:szCs w:val="20"/>
          <w:lang w:val="en-GB"/>
        </w:rPr>
        <w:t xml:space="preserve"> </w:t>
      </w:r>
      <w:r w:rsidRPr="00236581">
        <w:rPr>
          <w:spacing w:val="-10"/>
          <w:sz w:val="20"/>
          <w:szCs w:val="20"/>
          <w:lang w:val="en-GB"/>
        </w:rPr>
        <w:t>and ensured service transition readiness.</w:t>
      </w:r>
    </w:p>
    <w:p w14:paraId="209275CD" w14:textId="77777777" w:rsidR="00F15BB6" w:rsidRDefault="00F15BB6" w:rsidP="00F15BB6">
      <w:pPr>
        <w:pStyle w:val="ListBullet"/>
        <w:numPr>
          <w:ilvl w:val="0"/>
          <w:numId w:val="0"/>
        </w:numPr>
        <w:tabs>
          <w:tab w:val="num" w:pos="0"/>
        </w:tabs>
        <w:spacing w:after="0" w:line="240" w:lineRule="auto"/>
        <w:ind w:left="360" w:hanging="360"/>
        <w:rPr>
          <w:spacing w:val="-10"/>
          <w:sz w:val="20"/>
          <w:szCs w:val="20"/>
          <w:lang w:val="en-GB"/>
        </w:rPr>
      </w:pPr>
    </w:p>
    <w:p w14:paraId="1716D435" w14:textId="77777777" w:rsidR="00704AF3" w:rsidRDefault="00704AF3" w:rsidP="00F15BB6">
      <w:pPr>
        <w:pStyle w:val="ListBullet"/>
        <w:numPr>
          <w:ilvl w:val="0"/>
          <w:numId w:val="0"/>
        </w:numPr>
        <w:tabs>
          <w:tab w:val="num" w:pos="0"/>
        </w:tabs>
        <w:spacing w:after="0" w:line="240" w:lineRule="auto"/>
        <w:ind w:left="360" w:hanging="360"/>
        <w:rPr>
          <w:spacing w:val="-10"/>
          <w:sz w:val="20"/>
          <w:szCs w:val="20"/>
          <w:lang w:val="en-GB"/>
        </w:rPr>
      </w:pPr>
    </w:p>
    <w:p w14:paraId="2D36B427" w14:textId="77777777" w:rsidR="00704AF3" w:rsidRDefault="00704AF3" w:rsidP="00F15BB6">
      <w:pPr>
        <w:pStyle w:val="ListBullet"/>
        <w:numPr>
          <w:ilvl w:val="0"/>
          <w:numId w:val="0"/>
        </w:numPr>
        <w:tabs>
          <w:tab w:val="num" w:pos="0"/>
        </w:tabs>
        <w:spacing w:after="0" w:line="240" w:lineRule="auto"/>
        <w:ind w:left="360" w:hanging="360"/>
        <w:rPr>
          <w:spacing w:val="-10"/>
          <w:sz w:val="20"/>
          <w:szCs w:val="20"/>
          <w:lang w:val="en-GB"/>
        </w:rPr>
      </w:pPr>
    </w:p>
    <w:p w14:paraId="657FE361" w14:textId="77777777" w:rsidR="00704AF3" w:rsidRPr="00F15BB6" w:rsidRDefault="00704AF3" w:rsidP="00F15BB6">
      <w:pPr>
        <w:pStyle w:val="ListBullet"/>
        <w:numPr>
          <w:ilvl w:val="0"/>
          <w:numId w:val="0"/>
        </w:numPr>
        <w:tabs>
          <w:tab w:val="num" w:pos="0"/>
        </w:tabs>
        <w:spacing w:after="0" w:line="240" w:lineRule="auto"/>
        <w:ind w:left="360" w:hanging="360"/>
        <w:rPr>
          <w:spacing w:val="-10"/>
          <w:sz w:val="20"/>
          <w:szCs w:val="20"/>
          <w:lang w:val="en-GB"/>
        </w:rPr>
      </w:pPr>
    </w:p>
    <w:p w14:paraId="2BBB7F55" w14:textId="7F4D11CD" w:rsidR="004A7115" w:rsidRPr="004D3F0A" w:rsidRDefault="00FD29E5" w:rsidP="006C389A">
      <w:pPr>
        <w:pStyle w:val="Heading3"/>
        <w:rPr>
          <w:color w:val="4F81BD" w:themeColor="accent1"/>
          <w:sz w:val="24"/>
          <w:szCs w:val="24"/>
        </w:rPr>
      </w:pPr>
      <w:r w:rsidRPr="004D3F0A">
        <w:t>IT Project Manager – London Stock Exchange Group</w:t>
      </w:r>
    </w:p>
    <w:p w14:paraId="53109F91" w14:textId="77777777" w:rsidR="004A7115" w:rsidRPr="00236581" w:rsidRDefault="00FD29E5" w:rsidP="006C389A">
      <w:pPr>
        <w:pStyle w:val="Heading4"/>
      </w:pPr>
      <w:r w:rsidRPr="00236581">
        <w:t>Jul 2020 – Jul 2023 | Contract</w:t>
      </w:r>
    </w:p>
    <w:p w14:paraId="3FC666A7" w14:textId="4B462D99" w:rsidR="004A7115" w:rsidRPr="00236581" w:rsidRDefault="00D3236E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>
        <w:rPr>
          <w:spacing w:val="-10"/>
          <w:sz w:val="20"/>
          <w:szCs w:val="20"/>
          <w:lang w:val="en-GB"/>
        </w:rPr>
        <w:t>I s</w:t>
      </w:r>
      <w:r w:rsidR="00FD29E5" w:rsidRPr="00236581">
        <w:rPr>
          <w:spacing w:val="-10"/>
          <w:sz w:val="20"/>
          <w:szCs w:val="20"/>
          <w:lang w:val="en-GB"/>
        </w:rPr>
        <w:t>aved £3M in cloud costs through CloudHealth optimi</w:t>
      </w:r>
      <w:r w:rsidR="007002F0">
        <w:rPr>
          <w:spacing w:val="-10"/>
          <w:sz w:val="20"/>
          <w:szCs w:val="20"/>
          <w:lang w:val="en-GB"/>
        </w:rPr>
        <w:t>s</w:t>
      </w:r>
      <w:r w:rsidR="00FD29E5" w:rsidRPr="00236581">
        <w:rPr>
          <w:spacing w:val="-10"/>
          <w:sz w:val="20"/>
          <w:szCs w:val="20"/>
          <w:lang w:val="en-GB"/>
        </w:rPr>
        <w:t>ation.</w:t>
      </w:r>
    </w:p>
    <w:p w14:paraId="395CDA80" w14:textId="77777777" w:rsidR="004A7115" w:rsidRPr="00236581" w:rsidRDefault="00FD29E5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>Deployed Snowflake on AWS, replacing Oracle workloads.</w:t>
      </w:r>
    </w:p>
    <w:p w14:paraId="3A37456E" w14:textId="657C7A1B" w:rsidR="004A7115" w:rsidRDefault="003829D6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>In 2020, I project managed the build, deployment and testing of Google Anthos containeri</w:t>
      </w:r>
      <w:r w:rsidR="007002F0">
        <w:rPr>
          <w:spacing w:val="-10"/>
          <w:sz w:val="20"/>
          <w:szCs w:val="20"/>
          <w:lang w:val="en-GB"/>
        </w:rPr>
        <w:t>s</w:t>
      </w:r>
      <w:r w:rsidRPr="00236581">
        <w:rPr>
          <w:spacing w:val="-10"/>
          <w:sz w:val="20"/>
          <w:szCs w:val="20"/>
          <w:lang w:val="en-GB"/>
        </w:rPr>
        <w:t xml:space="preserve">ation in under 6 months — first of its kind </w:t>
      </w:r>
      <w:r w:rsidR="007002F0">
        <w:rPr>
          <w:spacing w:val="-10"/>
          <w:sz w:val="20"/>
          <w:szCs w:val="20"/>
          <w:lang w:val="en-GB"/>
        </w:rPr>
        <w:t>for</w:t>
      </w:r>
      <w:r w:rsidRPr="00236581">
        <w:rPr>
          <w:spacing w:val="-10"/>
          <w:sz w:val="20"/>
          <w:szCs w:val="20"/>
          <w:lang w:val="en-GB"/>
        </w:rPr>
        <w:t xml:space="preserve"> finance in the UK.</w:t>
      </w:r>
    </w:p>
    <w:p w14:paraId="1863A32B" w14:textId="77777777" w:rsidR="004E7422" w:rsidRDefault="004E7422" w:rsidP="00F15BB6">
      <w:pPr>
        <w:pStyle w:val="ListBullet"/>
        <w:numPr>
          <w:ilvl w:val="0"/>
          <w:numId w:val="0"/>
        </w:numPr>
        <w:spacing w:after="0" w:line="240" w:lineRule="auto"/>
        <w:rPr>
          <w:spacing w:val="-10"/>
          <w:sz w:val="20"/>
          <w:szCs w:val="20"/>
          <w:lang w:val="en-GB"/>
        </w:rPr>
      </w:pPr>
    </w:p>
    <w:p w14:paraId="6EA00275" w14:textId="77777777" w:rsidR="002F7229" w:rsidRPr="00236581" w:rsidRDefault="002F7229" w:rsidP="00F15BB6">
      <w:pPr>
        <w:pStyle w:val="ListBullet"/>
        <w:numPr>
          <w:ilvl w:val="0"/>
          <w:numId w:val="0"/>
        </w:numPr>
        <w:spacing w:after="0" w:line="240" w:lineRule="auto"/>
        <w:rPr>
          <w:spacing w:val="-10"/>
          <w:sz w:val="20"/>
          <w:szCs w:val="20"/>
          <w:lang w:val="en-GB"/>
        </w:rPr>
      </w:pPr>
    </w:p>
    <w:p w14:paraId="756F5A22" w14:textId="77777777" w:rsidR="004A7115" w:rsidRPr="00236581" w:rsidRDefault="00FD29E5" w:rsidP="006C389A">
      <w:pPr>
        <w:pStyle w:val="Heading3"/>
      </w:pPr>
      <w:r w:rsidRPr="00236581">
        <w:t>IT Project Manager – TP ICAP</w:t>
      </w:r>
    </w:p>
    <w:p w14:paraId="4BE1CE00" w14:textId="77777777" w:rsidR="004A7115" w:rsidRPr="00236581" w:rsidRDefault="00FD29E5" w:rsidP="006C389A">
      <w:pPr>
        <w:pStyle w:val="Heading4"/>
      </w:pPr>
      <w:r w:rsidRPr="00236581">
        <w:t>Jan 2020 – Jun 2020 | Contract</w:t>
      </w:r>
    </w:p>
    <w:p w14:paraId="30A8B563" w14:textId="02923081" w:rsidR="004A7115" w:rsidRPr="00236581" w:rsidRDefault="007002F0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>
        <w:rPr>
          <w:spacing w:val="-10"/>
          <w:sz w:val="20"/>
          <w:szCs w:val="20"/>
          <w:lang w:val="en-GB"/>
        </w:rPr>
        <w:t xml:space="preserve">I managed the migration of </w:t>
      </w:r>
      <w:r w:rsidR="00FD29E5" w:rsidRPr="00236581">
        <w:rPr>
          <w:spacing w:val="-10"/>
          <w:sz w:val="20"/>
          <w:szCs w:val="20"/>
          <w:lang w:val="en-GB"/>
        </w:rPr>
        <w:t>20 applications</w:t>
      </w:r>
      <w:r>
        <w:rPr>
          <w:spacing w:val="-10"/>
          <w:sz w:val="20"/>
          <w:szCs w:val="20"/>
          <w:lang w:val="en-GB"/>
        </w:rPr>
        <w:t xml:space="preserve"> and </w:t>
      </w:r>
      <w:r w:rsidR="00FD29E5" w:rsidRPr="00236581">
        <w:rPr>
          <w:spacing w:val="-10"/>
          <w:sz w:val="20"/>
          <w:szCs w:val="20"/>
          <w:lang w:val="en-GB"/>
        </w:rPr>
        <w:t xml:space="preserve">80+ </w:t>
      </w:r>
      <w:r w:rsidR="00064CCD" w:rsidRPr="00236581">
        <w:rPr>
          <w:spacing w:val="-10"/>
          <w:sz w:val="20"/>
          <w:szCs w:val="20"/>
          <w:lang w:val="en-GB"/>
        </w:rPr>
        <w:t>databases</w:t>
      </w:r>
      <w:r w:rsidR="00064CCD">
        <w:rPr>
          <w:spacing w:val="-10"/>
          <w:sz w:val="20"/>
          <w:szCs w:val="20"/>
          <w:lang w:val="en-GB"/>
        </w:rPr>
        <w:t xml:space="preserve"> and</w:t>
      </w:r>
      <w:r w:rsidR="00FD29E5" w:rsidRPr="00236581">
        <w:rPr>
          <w:spacing w:val="-10"/>
          <w:sz w:val="20"/>
          <w:szCs w:val="20"/>
          <w:lang w:val="en-GB"/>
        </w:rPr>
        <w:t xml:space="preserve"> closed three data centres within 6 months.</w:t>
      </w:r>
    </w:p>
    <w:p w14:paraId="53435335" w14:textId="77777777" w:rsidR="004A7115" w:rsidRDefault="00FD29E5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>Upgraded Oracle to 19c, delivered full decommissioning and transition.</w:t>
      </w:r>
    </w:p>
    <w:p w14:paraId="1E6D9638" w14:textId="77777777" w:rsidR="004E7422" w:rsidRDefault="004E7422" w:rsidP="00704AF3">
      <w:pPr>
        <w:pStyle w:val="ListBullet"/>
        <w:numPr>
          <w:ilvl w:val="0"/>
          <w:numId w:val="0"/>
        </w:numPr>
        <w:spacing w:after="0" w:line="240" w:lineRule="auto"/>
        <w:rPr>
          <w:spacing w:val="-10"/>
          <w:sz w:val="20"/>
          <w:szCs w:val="20"/>
          <w:lang w:val="en-GB"/>
        </w:rPr>
      </w:pPr>
    </w:p>
    <w:p w14:paraId="6CDC1478" w14:textId="77777777" w:rsidR="002F7229" w:rsidRPr="00236581" w:rsidRDefault="002F7229" w:rsidP="00704AF3">
      <w:pPr>
        <w:pStyle w:val="ListBullet"/>
        <w:numPr>
          <w:ilvl w:val="0"/>
          <w:numId w:val="0"/>
        </w:numPr>
        <w:spacing w:after="0" w:line="240" w:lineRule="auto"/>
        <w:rPr>
          <w:spacing w:val="-10"/>
          <w:sz w:val="20"/>
          <w:szCs w:val="20"/>
          <w:lang w:val="en-GB"/>
        </w:rPr>
      </w:pPr>
    </w:p>
    <w:p w14:paraId="58DBF397" w14:textId="77777777" w:rsidR="004A7115" w:rsidRPr="00236581" w:rsidRDefault="00FD29E5" w:rsidP="006C389A">
      <w:pPr>
        <w:pStyle w:val="Heading3"/>
      </w:pPr>
      <w:r w:rsidRPr="00236581">
        <w:t>IT Project Manager – Lloyd’s of London</w:t>
      </w:r>
    </w:p>
    <w:p w14:paraId="091CD1CF" w14:textId="77777777" w:rsidR="004A7115" w:rsidRPr="00236581" w:rsidRDefault="00FD29E5" w:rsidP="006C389A">
      <w:pPr>
        <w:pStyle w:val="Heading4"/>
      </w:pPr>
      <w:r w:rsidRPr="00236581">
        <w:t>Feb 2019 – Dec 2019 | Contract</w:t>
      </w:r>
    </w:p>
    <w:p w14:paraId="31A99F88" w14:textId="6BC1C8BD" w:rsidR="004A7115" w:rsidRPr="00236581" w:rsidRDefault="009857EC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>
        <w:rPr>
          <w:spacing w:val="-10"/>
          <w:sz w:val="20"/>
          <w:szCs w:val="20"/>
          <w:lang w:val="en-GB"/>
        </w:rPr>
        <w:t xml:space="preserve">I managed the migration of </w:t>
      </w:r>
      <w:r w:rsidR="00FD29E5" w:rsidRPr="00236581">
        <w:rPr>
          <w:spacing w:val="-10"/>
          <w:sz w:val="20"/>
          <w:szCs w:val="20"/>
          <w:lang w:val="en-GB"/>
        </w:rPr>
        <w:t>180 applications and 1,200+ servers/databases to Azure.</w:t>
      </w:r>
    </w:p>
    <w:p w14:paraId="71E608D2" w14:textId="411BDB4E" w:rsidR="00D80F51" w:rsidRPr="00704AF3" w:rsidRDefault="00FD29E5" w:rsidP="00704AF3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>Led £3.1M programme using Azure DevOps and Agile</w:t>
      </w:r>
      <w:r w:rsidR="009857EC">
        <w:rPr>
          <w:spacing w:val="-10"/>
          <w:sz w:val="20"/>
          <w:szCs w:val="20"/>
          <w:lang w:val="en-GB"/>
        </w:rPr>
        <w:t xml:space="preserve">, giving the client </w:t>
      </w:r>
      <w:r w:rsidRPr="00236581">
        <w:rPr>
          <w:spacing w:val="-10"/>
          <w:sz w:val="20"/>
          <w:szCs w:val="20"/>
          <w:lang w:val="en-GB"/>
        </w:rPr>
        <w:t>100% on-time</w:t>
      </w:r>
      <w:r w:rsidR="009857EC">
        <w:rPr>
          <w:spacing w:val="-10"/>
          <w:sz w:val="20"/>
          <w:szCs w:val="20"/>
          <w:lang w:val="en-GB"/>
        </w:rPr>
        <w:t xml:space="preserve"> &amp; </w:t>
      </w:r>
      <w:r w:rsidRPr="00236581">
        <w:rPr>
          <w:spacing w:val="-10"/>
          <w:sz w:val="20"/>
          <w:szCs w:val="20"/>
          <w:lang w:val="en-GB"/>
        </w:rPr>
        <w:t>on-budget delivery.</w:t>
      </w:r>
    </w:p>
    <w:p w14:paraId="48E5EC83" w14:textId="77777777" w:rsidR="004E7422" w:rsidRDefault="004E7422" w:rsidP="00D80F51">
      <w:pPr>
        <w:pStyle w:val="ListBullet"/>
        <w:numPr>
          <w:ilvl w:val="0"/>
          <w:numId w:val="0"/>
        </w:numPr>
        <w:spacing w:after="0" w:line="240" w:lineRule="auto"/>
        <w:ind w:left="360" w:hanging="360"/>
        <w:rPr>
          <w:spacing w:val="-10"/>
          <w:sz w:val="20"/>
          <w:szCs w:val="20"/>
          <w:lang w:val="en-GB"/>
        </w:rPr>
      </w:pPr>
    </w:p>
    <w:p w14:paraId="0999939C" w14:textId="77777777" w:rsidR="002F7229" w:rsidRPr="00236581" w:rsidRDefault="002F7229" w:rsidP="00D80F51">
      <w:pPr>
        <w:pStyle w:val="ListBullet"/>
        <w:numPr>
          <w:ilvl w:val="0"/>
          <w:numId w:val="0"/>
        </w:numPr>
        <w:spacing w:after="0" w:line="240" w:lineRule="auto"/>
        <w:ind w:left="360" w:hanging="360"/>
        <w:rPr>
          <w:spacing w:val="-10"/>
          <w:sz w:val="20"/>
          <w:szCs w:val="20"/>
          <w:lang w:val="en-GB"/>
        </w:rPr>
      </w:pPr>
    </w:p>
    <w:p w14:paraId="3DDD6FAC" w14:textId="77777777" w:rsidR="004A7115" w:rsidRPr="00236581" w:rsidRDefault="00FD29E5" w:rsidP="006C389A">
      <w:pPr>
        <w:pStyle w:val="Heading3"/>
      </w:pPr>
      <w:r w:rsidRPr="00236581">
        <w:t>IT Project Manager – MS Amlin Insurance</w:t>
      </w:r>
    </w:p>
    <w:p w14:paraId="7311EF59" w14:textId="77777777" w:rsidR="004A7115" w:rsidRPr="004D3F0A" w:rsidRDefault="00FD29E5" w:rsidP="006C389A">
      <w:pPr>
        <w:pStyle w:val="Heading4"/>
      </w:pPr>
      <w:r w:rsidRPr="004D3F0A">
        <w:t>Jun 2015 – Dec 2018 | Contract</w:t>
      </w:r>
    </w:p>
    <w:p w14:paraId="12182FAE" w14:textId="77777777" w:rsidR="004A7115" w:rsidRPr="00236581" w:rsidRDefault="00FD29E5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>Delivered £3M/yr savings by consolidating IT services across partners.</w:t>
      </w:r>
    </w:p>
    <w:p w14:paraId="44E9F3E9" w14:textId="77777777" w:rsidR="004A7115" w:rsidRPr="00236581" w:rsidRDefault="00FD29E5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>Migrated 100+ servers to Azure; deployed DR solutions for 25 mission-critical apps.</w:t>
      </w:r>
    </w:p>
    <w:p w14:paraId="2CBE195E" w14:textId="777C76F6" w:rsidR="00706B90" w:rsidRPr="00704AF3" w:rsidRDefault="00FD29E5" w:rsidP="00704AF3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>Upgraded Microsoft Dynamics for 400+ users across 9 countries.</w:t>
      </w:r>
    </w:p>
    <w:p w14:paraId="59867644" w14:textId="77777777" w:rsidR="004E7422" w:rsidRDefault="004E7422" w:rsidP="00706B90">
      <w:pPr>
        <w:pStyle w:val="ListBullet"/>
        <w:numPr>
          <w:ilvl w:val="0"/>
          <w:numId w:val="0"/>
        </w:numPr>
        <w:spacing w:after="0" w:line="240" w:lineRule="auto"/>
        <w:ind w:left="360" w:hanging="360"/>
        <w:rPr>
          <w:spacing w:val="-10"/>
          <w:sz w:val="20"/>
          <w:szCs w:val="20"/>
          <w:lang w:val="en-GB"/>
        </w:rPr>
      </w:pPr>
    </w:p>
    <w:p w14:paraId="04D16C21" w14:textId="77777777" w:rsidR="002F7229" w:rsidRPr="00236581" w:rsidRDefault="002F7229" w:rsidP="00706B90">
      <w:pPr>
        <w:pStyle w:val="ListBullet"/>
        <w:numPr>
          <w:ilvl w:val="0"/>
          <w:numId w:val="0"/>
        </w:numPr>
        <w:spacing w:after="0" w:line="240" w:lineRule="auto"/>
        <w:ind w:left="360" w:hanging="360"/>
        <w:rPr>
          <w:spacing w:val="-10"/>
          <w:sz w:val="20"/>
          <w:szCs w:val="20"/>
          <w:lang w:val="en-GB"/>
        </w:rPr>
      </w:pPr>
    </w:p>
    <w:p w14:paraId="35BC2DCB" w14:textId="77777777" w:rsidR="004A7115" w:rsidRPr="00236581" w:rsidRDefault="00FD29E5" w:rsidP="006C389A">
      <w:pPr>
        <w:pStyle w:val="Heading3"/>
      </w:pPr>
      <w:r w:rsidRPr="00236581">
        <w:t>Earlier roles</w:t>
      </w:r>
    </w:p>
    <w:p w14:paraId="0F35A302" w14:textId="1965B18E" w:rsidR="004A7115" w:rsidRPr="00236581" w:rsidRDefault="00FD29E5" w:rsidP="006C389A">
      <w:pPr>
        <w:pStyle w:val="Heading4"/>
      </w:pPr>
      <w:r w:rsidRPr="00236581">
        <w:t>(1993–201</w:t>
      </w:r>
      <w:r w:rsidR="00853534">
        <w:t>5</w:t>
      </w:r>
      <w:r w:rsidRPr="00236581">
        <w:t>)</w:t>
      </w:r>
    </w:p>
    <w:p w14:paraId="17BB4A89" w14:textId="4544C622" w:rsidR="004A7115" w:rsidRPr="00236581" w:rsidRDefault="00FD29E5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 xml:space="preserve">IT PM roles at CMC Markets, Ladbrokes, Merrill Lynch HSBC, Merchants Group, and Webbs </w:t>
      </w:r>
      <w:r w:rsidR="00BC1E48" w:rsidRPr="00236581">
        <w:rPr>
          <w:spacing w:val="-10"/>
          <w:sz w:val="20"/>
          <w:szCs w:val="20"/>
          <w:lang w:val="en-GB"/>
        </w:rPr>
        <w:t xml:space="preserve">Country </w:t>
      </w:r>
      <w:r w:rsidRPr="00236581">
        <w:rPr>
          <w:spacing w:val="-10"/>
          <w:sz w:val="20"/>
          <w:szCs w:val="20"/>
          <w:lang w:val="en-GB"/>
        </w:rPr>
        <w:t>Foods.</w:t>
      </w:r>
    </w:p>
    <w:p w14:paraId="0059344B" w14:textId="77777777" w:rsidR="00344DAB" w:rsidRDefault="00344DAB" w:rsidP="00344DAB">
      <w:pPr>
        <w:pStyle w:val="ListBullet"/>
        <w:numPr>
          <w:ilvl w:val="0"/>
          <w:numId w:val="0"/>
        </w:numPr>
        <w:spacing w:after="0" w:line="240" w:lineRule="auto"/>
        <w:ind w:left="360" w:hanging="360"/>
        <w:rPr>
          <w:spacing w:val="-10"/>
          <w:sz w:val="20"/>
          <w:szCs w:val="20"/>
          <w:lang w:val="en-GB"/>
        </w:rPr>
      </w:pPr>
    </w:p>
    <w:p w14:paraId="7A8D222A" w14:textId="77777777" w:rsidR="00B73689" w:rsidRDefault="00B73689" w:rsidP="00344DAB">
      <w:pPr>
        <w:pStyle w:val="ListBullet"/>
        <w:numPr>
          <w:ilvl w:val="0"/>
          <w:numId w:val="0"/>
        </w:numPr>
        <w:spacing w:after="0" w:line="240" w:lineRule="auto"/>
        <w:ind w:left="360" w:hanging="360"/>
        <w:rPr>
          <w:spacing w:val="-10"/>
          <w:sz w:val="20"/>
          <w:szCs w:val="20"/>
          <w:lang w:val="en-GB"/>
        </w:rPr>
      </w:pPr>
    </w:p>
    <w:p w14:paraId="143593C2" w14:textId="77777777" w:rsidR="00B73689" w:rsidRDefault="00B73689" w:rsidP="00344DAB">
      <w:pPr>
        <w:pStyle w:val="ListBullet"/>
        <w:numPr>
          <w:ilvl w:val="0"/>
          <w:numId w:val="0"/>
        </w:numPr>
        <w:spacing w:after="0" w:line="240" w:lineRule="auto"/>
        <w:ind w:left="360" w:hanging="360"/>
        <w:rPr>
          <w:spacing w:val="-10"/>
          <w:sz w:val="20"/>
          <w:szCs w:val="20"/>
          <w:lang w:val="en-GB"/>
        </w:rPr>
      </w:pPr>
    </w:p>
    <w:p w14:paraId="74CC33FF" w14:textId="77777777" w:rsidR="002F7229" w:rsidRDefault="002F7229">
      <w:pPr>
        <w:rPr>
          <w:rFonts w:asciiTheme="majorHAnsi" w:eastAsiaTheme="majorEastAsia" w:hAnsiTheme="majorHAnsi" w:cs="Times New Roman (Headings CS)"/>
          <w:b/>
          <w:bCs/>
          <w:color w:val="17365D" w:themeColor="text2" w:themeShade="BF"/>
          <w:spacing w:val="-10"/>
          <w:kern w:val="28"/>
          <w:sz w:val="44"/>
          <w:szCs w:val="48"/>
          <w:lang w:val="en-GB"/>
        </w:rPr>
      </w:pPr>
      <w:r>
        <w:br w:type="page"/>
      </w:r>
    </w:p>
    <w:p w14:paraId="07273633" w14:textId="2228081E" w:rsidR="004A7115" w:rsidRPr="00236581" w:rsidRDefault="00FD29E5" w:rsidP="00783C26">
      <w:pPr>
        <w:pStyle w:val="Heading1"/>
      </w:pPr>
      <w:r w:rsidRPr="00236581">
        <w:lastRenderedPageBreak/>
        <w:t>Education &amp; Certifications</w:t>
      </w:r>
    </w:p>
    <w:p w14:paraId="477CCD7D" w14:textId="77777777" w:rsidR="00186587" w:rsidRDefault="00704AF3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>
        <w:rPr>
          <w:spacing w:val="-10"/>
          <w:sz w:val="20"/>
          <w:szCs w:val="20"/>
          <w:lang w:val="en-GB"/>
        </w:rPr>
        <w:t>I am currently studying</w:t>
      </w:r>
      <w:r w:rsidR="00186587">
        <w:rPr>
          <w:spacing w:val="-10"/>
          <w:sz w:val="20"/>
          <w:szCs w:val="20"/>
          <w:lang w:val="en-GB"/>
        </w:rPr>
        <w:t xml:space="preserve"> to obtain certification using Oracle Primavera P6</w:t>
      </w:r>
    </w:p>
    <w:p w14:paraId="0657007F" w14:textId="46A1C7DA" w:rsidR="004A7115" w:rsidRPr="00236581" w:rsidRDefault="00FD29E5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>PRINCE2 (Foundation &amp; Practitioner) – Learning Tree, UK – 2007</w:t>
      </w:r>
    </w:p>
    <w:p w14:paraId="52BAC3EE" w14:textId="77777777" w:rsidR="004A7115" w:rsidRPr="00236581" w:rsidRDefault="00FD29E5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>MSc, Information Technology – Warwick University – 1993</w:t>
      </w:r>
    </w:p>
    <w:p w14:paraId="5D25C3A6" w14:textId="77777777" w:rsidR="002F7229" w:rsidRDefault="00FD29E5" w:rsidP="002F7229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>BSc, Accounting &amp; Computing (2:1 with Distinction) – De Montfort University – 1992</w:t>
      </w:r>
    </w:p>
    <w:p w14:paraId="14C60A2C" w14:textId="77777777" w:rsidR="002F7229" w:rsidRDefault="002F7229" w:rsidP="002F7229">
      <w:pPr>
        <w:pStyle w:val="ListBullet"/>
        <w:numPr>
          <w:ilvl w:val="0"/>
          <w:numId w:val="0"/>
        </w:numPr>
        <w:spacing w:after="0" w:line="240" w:lineRule="auto"/>
        <w:ind w:left="360" w:hanging="360"/>
        <w:rPr>
          <w:spacing w:val="-10"/>
          <w:sz w:val="20"/>
          <w:szCs w:val="20"/>
          <w:lang w:val="en-GB"/>
        </w:rPr>
      </w:pPr>
    </w:p>
    <w:p w14:paraId="55CD5A71" w14:textId="0C80FEEC" w:rsidR="002F7229" w:rsidRPr="002F7229" w:rsidRDefault="002F7229" w:rsidP="002F7229">
      <w:pPr>
        <w:pStyle w:val="ListBullet"/>
        <w:numPr>
          <w:ilvl w:val="0"/>
          <w:numId w:val="0"/>
        </w:numPr>
        <w:spacing w:after="0" w:line="240" w:lineRule="auto"/>
        <w:ind w:left="360" w:hanging="360"/>
        <w:rPr>
          <w:spacing w:val="-10"/>
          <w:sz w:val="20"/>
          <w:szCs w:val="20"/>
          <w:lang w:val="en-GB"/>
        </w:rPr>
      </w:pPr>
    </w:p>
    <w:p w14:paraId="0429E9C7" w14:textId="51F241A6" w:rsidR="00B77231" w:rsidRPr="00B77231" w:rsidRDefault="00B841E8" w:rsidP="00783C26">
      <w:pPr>
        <w:pStyle w:val="Heading1"/>
      </w:pPr>
      <w:r>
        <w:t>Interests</w:t>
      </w:r>
    </w:p>
    <w:p w14:paraId="333DBCFC" w14:textId="527AFDCC" w:rsidR="009E2DF6" w:rsidRDefault="00372239" w:rsidP="005D3F16">
      <w:pPr>
        <w:rPr>
          <w:spacing w:val="-10"/>
          <w:sz w:val="20"/>
          <w:szCs w:val="20"/>
          <w:lang w:val="en-GB"/>
        </w:rPr>
      </w:pPr>
      <w:r>
        <w:rPr>
          <w:spacing w:val="-10"/>
          <w:sz w:val="20"/>
          <w:szCs w:val="20"/>
          <w:lang w:val="en-GB"/>
        </w:rPr>
        <w:t xml:space="preserve">I </w:t>
      </w:r>
      <w:r w:rsidR="009E2DF6">
        <w:rPr>
          <w:spacing w:val="-10"/>
          <w:sz w:val="20"/>
          <w:szCs w:val="20"/>
          <w:lang w:val="en-GB"/>
        </w:rPr>
        <w:t xml:space="preserve">like creating business activities that generate additional sources of income, so that I am not solely reliant on IT Project Management contracts.  </w:t>
      </w:r>
    </w:p>
    <w:p w14:paraId="4FCC3B27" w14:textId="02648085" w:rsidR="007C2CC4" w:rsidRDefault="009E2DF6" w:rsidP="005D3F16">
      <w:pPr>
        <w:rPr>
          <w:spacing w:val="-10"/>
          <w:sz w:val="20"/>
          <w:szCs w:val="20"/>
          <w:lang w:val="en-GB"/>
        </w:rPr>
      </w:pPr>
      <w:r>
        <w:rPr>
          <w:spacing w:val="-10"/>
          <w:sz w:val="20"/>
          <w:szCs w:val="20"/>
          <w:lang w:val="en-GB"/>
        </w:rPr>
        <w:t xml:space="preserve">I </w:t>
      </w:r>
      <w:r w:rsidR="007C2CC4">
        <w:rPr>
          <w:spacing w:val="-10"/>
          <w:sz w:val="20"/>
          <w:szCs w:val="20"/>
          <w:lang w:val="en-GB"/>
        </w:rPr>
        <w:t>have created and run five websites</w:t>
      </w:r>
      <w:r w:rsidR="002F4124">
        <w:rPr>
          <w:spacing w:val="-10"/>
          <w:sz w:val="20"/>
          <w:szCs w:val="20"/>
          <w:lang w:val="en-GB"/>
        </w:rPr>
        <w:t xml:space="preserve"> (see www.mkklion.com)</w:t>
      </w:r>
      <w:r w:rsidR="007C2CC4">
        <w:rPr>
          <w:spacing w:val="-10"/>
          <w:sz w:val="20"/>
          <w:szCs w:val="20"/>
          <w:lang w:val="en-GB"/>
        </w:rPr>
        <w:t xml:space="preserve">, selling over 7,500 </w:t>
      </w:r>
      <w:r w:rsidR="002F4124">
        <w:rPr>
          <w:spacing w:val="-10"/>
          <w:sz w:val="20"/>
          <w:szCs w:val="20"/>
          <w:lang w:val="en-GB"/>
        </w:rPr>
        <w:t xml:space="preserve">clothing and cosmetics </w:t>
      </w:r>
      <w:r w:rsidR="007C2CC4">
        <w:rPr>
          <w:spacing w:val="-10"/>
          <w:sz w:val="20"/>
          <w:szCs w:val="20"/>
          <w:lang w:val="en-GB"/>
        </w:rPr>
        <w:t>products</w:t>
      </w:r>
      <w:r w:rsidR="002F4124">
        <w:rPr>
          <w:spacing w:val="-10"/>
          <w:sz w:val="20"/>
          <w:szCs w:val="20"/>
          <w:lang w:val="en-GB"/>
        </w:rPr>
        <w:t xml:space="preserve">.  These websites </w:t>
      </w:r>
      <w:r w:rsidR="00573C8E">
        <w:rPr>
          <w:spacing w:val="-10"/>
          <w:sz w:val="20"/>
          <w:szCs w:val="20"/>
          <w:lang w:val="en-GB"/>
        </w:rPr>
        <w:t xml:space="preserve">utilise </w:t>
      </w:r>
      <w:r w:rsidR="00C479C1">
        <w:rPr>
          <w:spacing w:val="-10"/>
          <w:sz w:val="20"/>
          <w:szCs w:val="20"/>
          <w:lang w:val="en-GB"/>
        </w:rPr>
        <w:t>automation</w:t>
      </w:r>
      <w:r w:rsidR="00573C8E">
        <w:rPr>
          <w:spacing w:val="-10"/>
          <w:sz w:val="20"/>
          <w:szCs w:val="20"/>
          <w:lang w:val="en-GB"/>
        </w:rPr>
        <w:t xml:space="preserve"> so the end-to-end process from ordering to distribution is completely automated. </w:t>
      </w:r>
      <w:r w:rsidR="003E3495">
        <w:rPr>
          <w:spacing w:val="-10"/>
          <w:sz w:val="20"/>
          <w:szCs w:val="20"/>
          <w:lang w:val="en-GB"/>
        </w:rPr>
        <w:t>Now operational, m</w:t>
      </w:r>
      <w:r w:rsidR="00A655BC">
        <w:rPr>
          <w:spacing w:val="-10"/>
          <w:sz w:val="20"/>
          <w:szCs w:val="20"/>
          <w:lang w:val="en-GB"/>
        </w:rPr>
        <w:t xml:space="preserve">y involvement is </w:t>
      </w:r>
      <w:r w:rsidR="003E3495">
        <w:rPr>
          <w:spacing w:val="-10"/>
          <w:sz w:val="20"/>
          <w:szCs w:val="20"/>
          <w:lang w:val="en-GB"/>
        </w:rPr>
        <w:t xml:space="preserve">limited to </w:t>
      </w:r>
      <w:r w:rsidR="00A655BC">
        <w:rPr>
          <w:spacing w:val="-10"/>
          <w:sz w:val="20"/>
          <w:szCs w:val="20"/>
          <w:lang w:val="en-GB"/>
        </w:rPr>
        <w:t>the occasional customer service query and social media</w:t>
      </w:r>
      <w:r w:rsidR="003E3495">
        <w:rPr>
          <w:spacing w:val="-10"/>
          <w:sz w:val="20"/>
          <w:szCs w:val="20"/>
          <w:lang w:val="en-GB"/>
        </w:rPr>
        <w:t xml:space="preserve"> </w:t>
      </w:r>
      <w:r w:rsidR="00CC61D7">
        <w:rPr>
          <w:spacing w:val="-10"/>
          <w:sz w:val="20"/>
          <w:szCs w:val="20"/>
          <w:lang w:val="en-GB"/>
        </w:rPr>
        <w:t>adve</w:t>
      </w:r>
      <w:r w:rsidR="00B6031A">
        <w:rPr>
          <w:spacing w:val="-10"/>
          <w:sz w:val="20"/>
          <w:szCs w:val="20"/>
          <w:lang w:val="en-GB"/>
        </w:rPr>
        <w:t xml:space="preserve">rtising, </w:t>
      </w:r>
      <w:r w:rsidR="00B6031A">
        <w:rPr>
          <w:spacing w:val="-10"/>
          <w:sz w:val="20"/>
          <w:szCs w:val="20"/>
          <w:lang w:val="en-GB"/>
        </w:rPr>
        <w:t xml:space="preserve">which is largely automated using scheduling tools and available AI tools. </w:t>
      </w:r>
      <w:r w:rsidR="00B6031A">
        <w:rPr>
          <w:spacing w:val="-10"/>
          <w:sz w:val="20"/>
          <w:szCs w:val="20"/>
          <w:lang w:val="en-GB"/>
        </w:rPr>
        <w:t xml:space="preserve"> Creating successful online businesses </w:t>
      </w:r>
      <w:r w:rsidR="00A655BC">
        <w:rPr>
          <w:spacing w:val="-10"/>
          <w:sz w:val="20"/>
          <w:szCs w:val="20"/>
          <w:lang w:val="en-GB"/>
        </w:rPr>
        <w:t xml:space="preserve">is part of a long-term plan over the next five years, </w:t>
      </w:r>
      <w:r w:rsidR="00C877AF">
        <w:rPr>
          <w:spacing w:val="-10"/>
          <w:sz w:val="20"/>
          <w:szCs w:val="20"/>
          <w:lang w:val="en-GB"/>
        </w:rPr>
        <w:t xml:space="preserve">so they </w:t>
      </w:r>
      <w:r w:rsidR="00A655BC">
        <w:rPr>
          <w:spacing w:val="-10"/>
          <w:sz w:val="20"/>
          <w:szCs w:val="20"/>
          <w:lang w:val="en-GB"/>
        </w:rPr>
        <w:t>become my main source of income.</w:t>
      </w:r>
    </w:p>
    <w:p w14:paraId="1500D019" w14:textId="2BE81847" w:rsidR="00805FBA" w:rsidRDefault="00A655BC" w:rsidP="00214E78">
      <w:pPr>
        <w:rPr>
          <w:spacing w:val="-10"/>
          <w:sz w:val="20"/>
          <w:szCs w:val="20"/>
          <w:lang w:val="en-GB"/>
        </w:rPr>
      </w:pPr>
      <w:r>
        <w:rPr>
          <w:spacing w:val="-10"/>
          <w:sz w:val="20"/>
          <w:szCs w:val="20"/>
          <w:lang w:val="en-GB"/>
        </w:rPr>
        <w:t xml:space="preserve">I </w:t>
      </w:r>
      <w:r w:rsidR="00C877AF">
        <w:rPr>
          <w:spacing w:val="-10"/>
          <w:sz w:val="20"/>
          <w:szCs w:val="20"/>
          <w:lang w:val="en-GB"/>
        </w:rPr>
        <w:t>created and run</w:t>
      </w:r>
      <w:r>
        <w:rPr>
          <w:spacing w:val="-10"/>
          <w:sz w:val="20"/>
          <w:szCs w:val="20"/>
          <w:lang w:val="en-GB"/>
        </w:rPr>
        <w:t xml:space="preserve"> a </w:t>
      </w:r>
      <w:r w:rsidR="006D6A43">
        <w:rPr>
          <w:spacing w:val="-10"/>
          <w:sz w:val="20"/>
          <w:szCs w:val="20"/>
          <w:lang w:val="en-GB"/>
        </w:rPr>
        <w:t xml:space="preserve">Horse Racing model, picking horses to </w:t>
      </w:r>
      <w:r w:rsidR="00F42942">
        <w:rPr>
          <w:spacing w:val="-10"/>
          <w:sz w:val="20"/>
          <w:szCs w:val="20"/>
          <w:lang w:val="en-GB"/>
        </w:rPr>
        <w:t>lay bet</w:t>
      </w:r>
      <w:r>
        <w:rPr>
          <w:spacing w:val="-10"/>
          <w:sz w:val="20"/>
          <w:szCs w:val="20"/>
          <w:lang w:val="en-GB"/>
        </w:rPr>
        <w:t xml:space="preserve"> to lose, not to win, mirroring </w:t>
      </w:r>
      <w:r w:rsidR="00C877AF">
        <w:rPr>
          <w:spacing w:val="-10"/>
          <w:sz w:val="20"/>
          <w:szCs w:val="20"/>
          <w:lang w:val="en-GB"/>
        </w:rPr>
        <w:t xml:space="preserve">online bookmakers as closely as I can, </w:t>
      </w:r>
      <w:r>
        <w:rPr>
          <w:spacing w:val="-10"/>
          <w:sz w:val="20"/>
          <w:szCs w:val="20"/>
          <w:lang w:val="en-GB"/>
        </w:rPr>
        <w:t xml:space="preserve">without </w:t>
      </w:r>
      <w:r w:rsidR="00C877AF">
        <w:rPr>
          <w:spacing w:val="-10"/>
          <w:sz w:val="20"/>
          <w:szCs w:val="20"/>
          <w:lang w:val="en-GB"/>
        </w:rPr>
        <w:t>being</w:t>
      </w:r>
      <w:r>
        <w:rPr>
          <w:spacing w:val="-10"/>
          <w:sz w:val="20"/>
          <w:szCs w:val="20"/>
          <w:lang w:val="en-GB"/>
        </w:rPr>
        <w:t xml:space="preserve"> </w:t>
      </w:r>
      <w:r w:rsidR="00C877AF">
        <w:rPr>
          <w:spacing w:val="-10"/>
          <w:sz w:val="20"/>
          <w:szCs w:val="20"/>
          <w:lang w:val="en-GB"/>
        </w:rPr>
        <w:t>a bookmaker</w:t>
      </w:r>
      <w:r w:rsidR="00F42942">
        <w:rPr>
          <w:spacing w:val="-10"/>
          <w:sz w:val="20"/>
          <w:szCs w:val="20"/>
          <w:lang w:val="en-GB"/>
        </w:rPr>
        <w:t>.</w:t>
      </w:r>
      <w:r>
        <w:rPr>
          <w:spacing w:val="-10"/>
          <w:sz w:val="20"/>
          <w:szCs w:val="20"/>
          <w:lang w:val="en-GB"/>
        </w:rPr>
        <w:t xml:space="preserve"> The model is 98% </w:t>
      </w:r>
      <w:r w:rsidR="00F42942">
        <w:rPr>
          <w:spacing w:val="-10"/>
          <w:sz w:val="20"/>
          <w:szCs w:val="20"/>
          <w:lang w:val="en-GB"/>
        </w:rPr>
        <w:t xml:space="preserve">accurate at picking horses that lose (I want it to pick losers) </w:t>
      </w:r>
      <w:r>
        <w:rPr>
          <w:spacing w:val="-10"/>
          <w:sz w:val="20"/>
          <w:szCs w:val="20"/>
          <w:lang w:val="en-GB"/>
        </w:rPr>
        <w:t xml:space="preserve">and </w:t>
      </w:r>
      <w:r w:rsidR="00C877AF">
        <w:rPr>
          <w:spacing w:val="-10"/>
          <w:sz w:val="20"/>
          <w:szCs w:val="20"/>
          <w:lang w:val="en-GB"/>
        </w:rPr>
        <w:t xml:space="preserve">by end of 2026, is forecast to </w:t>
      </w:r>
      <w:r>
        <w:rPr>
          <w:spacing w:val="-10"/>
          <w:sz w:val="20"/>
          <w:szCs w:val="20"/>
          <w:lang w:val="en-GB"/>
        </w:rPr>
        <w:t xml:space="preserve">generate enough monthly income to cover my </w:t>
      </w:r>
      <w:r w:rsidR="0036067E">
        <w:rPr>
          <w:spacing w:val="-10"/>
          <w:sz w:val="20"/>
          <w:szCs w:val="20"/>
          <w:lang w:val="en-GB"/>
        </w:rPr>
        <w:t xml:space="preserve">household </w:t>
      </w:r>
      <w:r>
        <w:rPr>
          <w:spacing w:val="-10"/>
          <w:sz w:val="20"/>
          <w:szCs w:val="20"/>
          <w:lang w:val="en-GB"/>
        </w:rPr>
        <w:t>bills and mortgage</w:t>
      </w:r>
      <w:r w:rsidR="00D446F7">
        <w:rPr>
          <w:spacing w:val="-10"/>
          <w:sz w:val="20"/>
          <w:szCs w:val="20"/>
          <w:lang w:val="en-GB"/>
        </w:rPr>
        <w:t>. The entire activity takes just 15 minutes every morning</w:t>
      </w:r>
      <w:r w:rsidR="0036067E">
        <w:rPr>
          <w:spacing w:val="-10"/>
          <w:sz w:val="20"/>
          <w:szCs w:val="20"/>
          <w:lang w:val="en-GB"/>
        </w:rPr>
        <w:t xml:space="preserve"> before work</w:t>
      </w:r>
      <w:r>
        <w:rPr>
          <w:spacing w:val="-10"/>
          <w:sz w:val="20"/>
          <w:szCs w:val="20"/>
          <w:lang w:val="en-GB"/>
        </w:rPr>
        <w:t xml:space="preserve">, then 15 minutes at 9pm to record </w:t>
      </w:r>
      <w:r w:rsidR="0036067E">
        <w:rPr>
          <w:spacing w:val="-10"/>
          <w:sz w:val="20"/>
          <w:szCs w:val="20"/>
          <w:lang w:val="en-GB"/>
        </w:rPr>
        <w:t xml:space="preserve">and publish </w:t>
      </w:r>
      <w:r>
        <w:rPr>
          <w:spacing w:val="-10"/>
          <w:sz w:val="20"/>
          <w:szCs w:val="20"/>
          <w:lang w:val="en-GB"/>
        </w:rPr>
        <w:t>the results.</w:t>
      </w:r>
    </w:p>
    <w:p w14:paraId="6D6A49E8" w14:textId="08A319ED" w:rsidR="0023209A" w:rsidRDefault="00B77231" w:rsidP="006069E9">
      <w:pPr>
        <w:rPr>
          <w:spacing w:val="-10"/>
          <w:sz w:val="20"/>
          <w:szCs w:val="20"/>
          <w:lang w:val="en-GB"/>
        </w:rPr>
      </w:pPr>
      <w:r w:rsidRPr="009E2425">
        <w:rPr>
          <w:spacing w:val="-10"/>
          <w:sz w:val="20"/>
          <w:szCs w:val="20"/>
          <w:lang w:val="en-GB"/>
        </w:rPr>
        <w:t xml:space="preserve">I </w:t>
      </w:r>
      <w:r w:rsidR="00F7382D">
        <w:rPr>
          <w:spacing w:val="-10"/>
          <w:sz w:val="20"/>
          <w:szCs w:val="20"/>
          <w:lang w:val="en-GB"/>
        </w:rPr>
        <w:t xml:space="preserve">have written </w:t>
      </w:r>
      <w:r w:rsidR="006A7E51">
        <w:rPr>
          <w:spacing w:val="-10"/>
          <w:sz w:val="20"/>
          <w:szCs w:val="20"/>
          <w:lang w:val="en-GB"/>
        </w:rPr>
        <w:t xml:space="preserve">20+ books, available on Amazon, two of them </w:t>
      </w:r>
      <w:r w:rsidR="00325324">
        <w:rPr>
          <w:spacing w:val="-10"/>
          <w:sz w:val="20"/>
          <w:szCs w:val="20"/>
          <w:lang w:val="en-GB"/>
        </w:rPr>
        <w:t>relating to IT</w:t>
      </w:r>
      <w:r w:rsidR="00F7382D">
        <w:rPr>
          <w:spacing w:val="-10"/>
          <w:sz w:val="20"/>
          <w:szCs w:val="20"/>
          <w:lang w:val="en-GB"/>
        </w:rPr>
        <w:t xml:space="preserve"> project management</w:t>
      </w:r>
      <w:r>
        <w:rPr>
          <w:spacing w:val="-10"/>
          <w:sz w:val="20"/>
          <w:szCs w:val="20"/>
          <w:lang w:val="en-GB"/>
        </w:rPr>
        <w:t>,</w:t>
      </w:r>
      <w:r w:rsidR="006A7E51">
        <w:rPr>
          <w:spacing w:val="-10"/>
          <w:sz w:val="20"/>
          <w:szCs w:val="20"/>
          <w:lang w:val="en-GB"/>
        </w:rPr>
        <w:t xml:space="preserve"> </w:t>
      </w:r>
      <w:r>
        <w:rPr>
          <w:spacing w:val="-10"/>
          <w:sz w:val="20"/>
          <w:szCs w:val="20"/>
          <w:lang w:val="en-GB"/>
        </w:rPr>
        <w:t>“</w:t>
      </w:r>
      <w:r w:rsidRPr="00236581">
        <w:rPr>
          <w:spacing w:val="-10"/>
          <w:sz w:val="20"/>
          <w:szCs w:val="20"/>
          <w:lang w:val="en-GB"/>
        </w:rPr>
        <w:t>How to Manage a Project</w:t>
      </w:r>
      <w:r>
        <w:rPr>
          <w:spacing w:val="-10"/>
          <w:sz w:val="20"/>
          <w:szCs w:val="20"/>
          <w:lang w:val="en-GB"/>
        </w:rPr>
        <w:t xml:space="preserve"> (2023)” and “I</w:t>
      </w:r>
      <w:r w:rsidRPr="00236581">
        <w:rPr>
          <w:spacing w:val="-10"/>
          <w:sz w:val="20"/>
          <w:szCs w:val="20"/>
          <w:lang w:val="en-GB"/>
        </w:rPr>
        <w:t xml:space="preserve">T Planning for Large Sporting Events </w:t>
      </w:r>
      <w:r>
        <w:rPr>
          <w:spacing w:val="-10"/>
          <w:sz w:val="20"/>
          <w:szCs w:val="20"/>
          <w:lang w:val="en-GB"/>
        </w:rPr>
        <w:t>(2015)”</w:t>
      </w:r>
      <w:r w:rsidR="0023209A">
        <w:rPr>
          <w:spacing w:val="-10"/>
          <w:sz w:val="20"/>
          <w:szCs w:val="20"/>
          <w:lang w:val="en-GB"/>
        </w:rPr>
        <w:t>. Writing i</w:t>
      </w:r>
      <w:r w:rsidR="009E2DF6">
        <w:rPr>
          <w:spacing w:val="-10"/>
          <w:sz w:val="20"/>
          <w:szCs w:val="20"/>
          <w:lang w:val="en-GB"/>
        </w:rPr>
        <w:t xml:space="preserve">s </w:t>
      </w:r>
      <w:r w:rsidR="0023209A">
        <w:rPr>
          <w:spacing w:val="-10"/>
          <w:sz w:val="20"/>
          <w:szCs w:val="20"/>
          <w:lang w:val="en-GB"/>
        </w:rPr>
        <w:t xml:space="preserve">something </w:t>
      </w:r>
      <w:r w:rsidR="009E2DF6">
        <w:rPr>
          <w:spacing w:val="-10"/>
          <w:sz w:val="20"/>
          <w:szCs w:val="20"/>
          <w:lang w:val="en-GB"/>
        </w:rPr>
        <w:t>I enjoy, but so hard to make money</w:t>
      </w:r>
      <w:r w:rsidR="00495BE6">
        <w:rPr>
          <w:spacing w:val="-10"/>
          <w:sz w:val="20"/>
          <w:szCs w:val="20"/>
          <w:lang w:val="en-GB"/>
        </w:rPr>
        <w:t>, so is s</w:t>
      </w:r>
      <w:r w:rsidR="009E2DF6">
        <w:rPr>
          <w:spacing w:val="-10"/>
          <w:sz w:val="20"/>
          <w:szCs w:val="20"/>
          <w:lang w:val="en-GB"/>
        </w:rPr>
        <w:t xml:space="preserve">omething I </w:t>
      </w:r>
      <w:r w:rsidR="00495BE6">
        <w:rPr>
          <w:spacing w:val="-10"/>
          <w:sz w:val="20"/>
          <w:szCs w:val="20"/>
          <w:lang w:val="en-GB"/>
        </w:rPr>
        <w:t xml:space="preserve">will </w:t>
      </w:r>
      <w:r w:rsidR="009E2DF6">
        <w:rPr>
          <w:spacing w:val="-10"/>
          <w:sz w:val="20"/>
          <w:szCs w:val="20"/>
          <w:lang w:val="en-GB"/>
        </w:rPr>
        <w:t>pick up again in 10+ years when I retire.</w:t>
      </w:r>
    </w:p>
    <w:p w14:paraId="32389771" w14:textId="77777777" w:rsidR="0023209A" w:rsidRDefault="0023209A" w:rsidP="0023209A">
      <w:pPr>
        <w:pStyle w:val="ListBullet"/>
        <w:numPr>
          <w:ilvl w:val="0"/>
          <w:numId w:val="0"/>
        </w:numPr>
        <w:spacing w:after="0" w:line="240" w:lineRule="auto"/>
        <w:ind w:left="360" w:hanging="360"/>
        <w:rPr>
          <w:spacing w:val="-10"/>
          <w:sz w:val="20"/>
          <w:szCs w:val="20"/>
          <w:lang w:val="en-GB"/>
        </w:rPr>
      </w:pPr>
    </w:p>
    <w:p w14:paraId="45280C1F" w14:textId="77777777" w:rsidR="004A7115" w:rsidRPr="00236581" w:rsidRDefault="00FD29E5" w:rsidP="00783C26">
      <w:pPr>
        <w:pStyle w:val="Heading1"/>
      </w:pPr>
      <w:r w:rsidRPr="00236581">
        <w:t>References</w:t>
      </w:r>
    </w:p>
    <w:p w14:paraId="2C65D722" w14:textId="1AFC8A87" w:rsidR="004A7115" w:rsidRPr="00236581" w:rsidRDefault="00FD29E5" w:rsidP="00344DAB">
      <w:pPr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>Available upon request</w:t>
      </w:r>
    </w:p>
    <w:p w14:paraId="33351C4E" w14:textId="77777777" w:rsidR="00102366" w:rsidRDefault="00102366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>
        <w:rPr>
          <w:spacing w:val="-10"/>
          <w:sz w:val="20"/>
          <w:szCs w:val="20"/>
          <w:lang w:val="en-GB"/>
        </w:rPr>
        <w:t>Nicole Harvey, Transformation Director, The Access Group</w:t>
      </w:r>
    </w:p>
    <w:p w14:paraId="59FAF86F" w14:textId="1D53CEE6" w:rsidR="004A7115" w:rsidRPr="00236581" w:rsidRDefault="00FD29E5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>Dean Peacock, Portfolio Manager, Lloyd’s of London</w:t>
      </w:r>
    </w:p>
    <w:p w14:paraId="5432FD64" w14:textId="5FFC2E82" w:rsidR="004A7115" w:rsidRPr="00236581" w:rsidRDefault="00FD29E5" w:rsidP="00344DAB">
      <w:pPr>
        <w:pStyle w:val="ListBullet"/>
        <w:spacing w:after="0" w:line="240" w:lineRule="auto"/>
        <w:rPr>
          <w:spacing w:val="-10"/>
          <w:sz w:val="20"/>
          <w:szCs w:val="20"/>
          <w:lang w:val="en-GB"/>
        </w:rPr>
      </w:pPr>
      <w:r w:rsidRPr="00236581">
        <w:rPr>
          <w:spacing w:val="-10"/>
          <w:sz w:val="20"/>
          <w:szCs w:val="20"/>
          <w:lang w:val="en-GB"/>
        </w:rPr>
        <w:t xml:space="preserve">Garrie Masson, </w:t>
      </w:r>
      <w:r w:rsidR="00EC0C8F" w:rsidRPr="00236581">
        <w:rPr>
          <w:spacing w:val="-10"/>
          <w:sz w:val="20"/>
          <w:szCs w:val="20"/>
          <w:lang w:val="en-GB"/>
        </w:rPr>
        <w:t>Transformation Director</w:t>
      </w:r>
      <w:r w:rsidRPr="00236581">
        <w:rPr>
          <w:spacing w:val="-10"/>
          <w:sz w:val="20"/>
          <w:szCs w:val="20"/>
          <w:lang w:val="en-GB"/>
        </w:rPr>
        <w:t>, Lloyd’s</w:t>
      </w:r>
      <w:r w:rsidR="00102366">
        <w:rPr>
          <w:spacing w:val="-10"/>
          <w:sz w:val="20"/>
          <w:szCs w:val="20"/>
          <w:lang w:val="en-GB"/>
        </w:rPr>
        <w:t xml:space="preserve"> of London</w:t>
      </w:r>
    </w:p>
    <w:sectPr w:rsidR="004A7115" w:rsidRPr="00236581" w:rsidSect="00344DAB">
      <w:pgSz w:w="12240" w:h="15840"/>
      <w:pgMar w:top="1440" w:right="1793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panose1 w:val="020B0604020202020204"/>
    <w:charset w:val="00"/>
    <w:family w:val="roman"/>
    <w:notTrueType/>
    <w:pitch w:val="default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190643"/>
    <w:multiLevelType w:val="hybridMultilevel"/>
    <w:tmpl w:val="D8027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77915185">
    <w:abstractNumId w:val="8"/>
  </w:num>
  <w:num w:numId="2" w16cid:durableId="2083866101">
    <w:abstractNumId w:val="6"/>
  </w:num>
  <w:num w:numId="3" w16cid:durableId="913050298">
    <w:abstractNumId w:val="5"/>
  </w:num>
  <w:num w:numId="4" w16cid:durableId="304941070">
    <w:abstractNumId w:val="4"/>
  </w:num>
  <w:num w:numId="5" w16cid:durableId="329216238">
    <w:abstractNumId w:val="7"/>
  </w:num>
  <w:num w:numId="6" w16cid:durableId="559635936">
    <w:abstractNumId w:val="3"/>
  </w:num>
  <w:num w:numId="7" w16cid:durableId="768349606">
    <w:abstractNumId w:val="2"/>
  </w:num>
  <w:num w:numId="8" w16cid:durableId="700008813">
    <w:abstractNumId w:val="1"/>
  </w:num>
  <w:num w:numId="9" w16cid:durableId="226958047">
    <w:abstractNumId w:val="0"/>
  </w:num>
  <w:num w:numId="10" w16cid:durableId="2103144736">
    <w:abstractNumId w:val="9"/>
  </w:num>
  <w:num w:numId="11" w16cid:durableId="564340223">
    <w:abstractNumId w:val="8"/>
  </w:num>
  <w:num w:numId="12" w16cid:durableId="1010377530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282"/>
    <w:rsid w:val="000320BF"/>
    <w:rsid w:val="00034616"/>
    <w:rsid w:val="00040CB3"/>
    <w:rsid w:val="0004677B"/>
    <w:rsid w:val="0006063C"/>
    <w:rsid w:val="000620D5"/>
    <w:rsid w:val="00064CCD"/>
    <w:rsid w:val="00071BAF"/>
    <w:rsid w:val="000759A0"/>
    <w:rsid w:val="00076745"/>
    <w:rsid w:val="00094793"/>
    <w:rsid w:val="000B26D4"/>
    <w:rsid w:val="000D6708"/>
    <w:rsid w:val="000E4C68"/>
    <w:rsid w:val="000E513F"/>
    <w:rsid w:val="000E6046"/>
    <w:rsid w:val="000F7DAA"/>
    <w:rsid w:val="00102366"/>
    <w:rsid w:val="0010459A"/>
    <w:rsid w:val="001139CF"/>
    <w:rsid w:val="00122D10"/>
    <w:rsid w:val="001458EB"/>
    <w:rsid w:val="0015074B"/>
    <w:rsid w:val="0016702E"/>
    <w:rsid w:val="00167634"/>
    <w:rsid w:val="00186587"/>
    <w:rsid w:val="001A7775"/>
    <w:rsid w:val="001B7B43"/>
    <w:rsid w:val="001C709B"/>
    <w:rsid w:val="001C7DB6"/>
    <w:rsid w:val="001D1A9B"/>
    <w:rsid w:val="001D68B9"/>
    <w:rsid w:val="001E25F6"/>
    <w:rsid w:val="00214E78"/>
    <w:rsid w:val="00216055"/>
    <w:rsid w:val="00226678"/>
    <w:rsid w:val="0023209A"/>
    <w:rsid w:val="00234E29"/>
    <w:rsid w:val="0023639A"/>
    <w:rsid w:val="00236581"/>
    <w:rsid w:val="00260F48"/>
    <w:rsid w:val="00272053"/>
    <w:rsid w:val="0029050E"/>
    <w:rsid w:val="0029639D"/>
    <w:rsid w:val="00297789"/>
    <w:rsid w:val="002A2BFD"/>
    <w:rsid w:val="002B18A8"/>
    <w:rsid w:val="002F4124"/>
    <w:rsid w:val="002F7229"/>
    <w:rsid w:val="00325324"/>
    <w:rsid w:val="0032597A"/>
    <w:rsid w:val="00326F90"/>
    <w:rsid w:val="00344DAB"/>
    <w:rsid w:val="00357132"/>
    <w:rsid w:val="0036067E"/>
    <w:rsid w:val="00367F41"/>
    <w:rsid w:val="00372239"/>
    <w:rsid w:val="003829D6"/>
    <w:rsid w:val="00397EF5"/>
    <w:rsid w:val="003C0442"/>
    <w:rsid w:val="003D20BF"/>
    <w:rsid w:val="003E1FE4"/>
    <w:rsid w:val="003E3495"/>
    <w:rsid w:val="003F5260"/>
    <w:rsid w:val="00402108"/>
    <w:rsid w:val="00413A21"/>
    <w:rsid w:val="00414508"/>
    <w:rsid w:val="00426FF2"/>
    <w:rsid w:val="0043504B"/>
    <w:rsid w:val="00445512"/>
    <w:rsid w:val="00464693"/>
    <w:rsid w:val="00477646"/>
    <w:rsid w:val="00495BE6"/>
    <w:rsid w:val="004A7115"/>
    <w:rsid w:val="004A7973"/>
    <w:rsid w:val="004C021B"/>
    <w:rsid w:val="004D3F0A"/>
    <w:rsid w:val="004E7422"/>
    <w:rsid w:val="004F4296"/>
    <w:rsid w:val="004F6720"/>
    <w:rsid w:val="00500407"/>
    <w:rsid w:val="00506156"/>
    <w:rsid w:val="005471BC"/>
    <w:rsid w:val="00554704"/>
    <w:rsid w:val="00570CE5"/>
    <w:rsid w:val="00573B9A"/>
    <w:rsid w:val="00573C8E"/>
    <w:rsid w:val="00575007"/>
    <w:rsid w:val="00581919"/>
    <w:rsid w:val="00595E55"/>
    <w:rsid w:val="00596E27"/>
    <w:rsid w:val="005A3F82"/>
    <w:rsid w:val="005A6A32"/>
    <w:rsid w:val="005D0839"/>
    <w:rsid w:val="005D3F16"/>
    <w:rsid w:val="005D6F93"/>
    <w:rsid w:val="005E7614"/>
    <w:rsid w:val="00601A11"/>
    <w:rsid w:val="006069E9"/>
    <w:rsid w:val="00610717"/>
    <w:rsid w:val="00617EF1"/>
    <w:rsid w:val="00621128"/>
    <w:rsid w:val="006252A9"/>
    <w:rsid w:val="0063086A"/>
    <w:rsid w:val="0063476B"/>
    <w:rsid w:val="0063485C"/>
    <w:rsid w:val="006622D5"/>
    <w:rsid w:val="00663452"/>
    <w:rsid w:val="00667983"/>
    <w:rsid w:val="00675ABF"/>
    <w:rsid w:val="006A3E92"/>
    <w:rsid w:val="006A6E01"/>
    <w:rsid w:val="006A7E51"/>
    <w:rsid w:val="006C389A"/>
    <w:rsid w:val="006C65FD"/>
    <w:rsid w:val="006D61D7"/>
    <w:rsid w:val="006D6A43"/>
    <w:rsid w:val="006E0D93"/>
    <w:rsid w:val="006F69D9"/>
    <w:rsid w:val="006F6A3E"/>
    <w:rsid w:val="007002F0"/>
    <w:rsid w:val="00704AF3"/>
    <w:rsid w:val="00706B90"/>
    <w:rsid w:val="007071FC"/>
    <w:rsid w:val="007079D1"/>
    <w:rsid w:val="007258F2"/>
    <w:rsid w:val="007332E5"/>
    <w:rsid w:val="00745386"/>
    <w:rsid w:val="00746F69"/>
    <w:rsid w:val="00766190"/>
    <w:rsid w:val="007806D4"/>
    <w:rsid w:val="00782ED9"/>
    <w:rsid w:val="00783C26"/>
    <w:rsid w:val="00795126"/>
    <w:rsid w:val="007A3687"/>
    <w:rsid w:val="007C2CC4"/>
    <w:rsid w:val="007D6500"/>
    <w:rsid w:val="00805FBA"/>
    <w:rsid w:val="0080724B"/>
    <w:rsid w:val="0081757E"/>
    <w:rsid w:val="00853534"/>
    <w:rsid w:val="00856559"/>
    <w:rsid w:val="00856837"/>
    <w:rsid w:val="00857437"/>
    <w:rsid w:val="00862400"/>
    <w:rsid w:val="00865A05"/>
    <w:rsid w:val="00871087"/>
    <w:rsid w:val="008752FC"/>
    <w:rsid w:val="00882819"/>
    <w:rsid w:val="008B2B2E"/>
    <w:rsid w:val="008C5BFC"/>
    <w:rsid w:val="00916972"/>
    <w:rsid w:val="00922D0B"/>
    <w:rsid w:val="00931C5B"/>
    <w:rsid w:val="00932D21"/>
    <w:rsid w:val="009346A7"/>
    <w:rsid w:val="00934A1B"/>
    <w:rsid w:val="00946964"/>
    <w:rsid w:val="009470B6"/>
    <w:rsid w:val="00950377"/>
    <w:rsid w:val="0096300A"/>
    <w:rsid w:val="009641E6"/>
    <w:rsid w:val="00983225"/>
    <w:rsid w:val="009857EC"/>
    <w:rsid w:val="009B72B5"/>
    <w:rsid w:val="009D54EC"/>
    <w:rsid w:val="009E2425"/>
    <w:rsid w:val="009E2DF6"/>
    <w:rsid w:val="009F695E"/>
    <w:rsid w:val="00A070E0"/>
    <w:rsid w:val="00A11B23"/>
    <w:rsid w:val="00A3141A"/>
    <w:rsid w:val="00A655BC"/>
    <w:rsid w:val="00A76355"/>
    <w:rsid w:val="00AA1D8D"/>
    <w:rsid w:val="00AA2565"/>
    <w:rsid w:val="00AB44D7"/>
    <w:rsid w:val="00AE4942"/>
    <w:rsid w:val="00B269ED"/>
    <w:rsid w:val="00B27D2D"/>
    <w:rsid w:val="00B40A68"/>
    <w:rsid w:val="00B47730"/>
    <w:rsid w:val="00B6031A"/>
    <w:rsid w:val="00B73689"/>
    <w:rsid w:val="00B77231"/>
    <w:rsid w:val="00B83613"/>
    <w:rsid w:val="00B841E8"/>
    <w:rsid w:val="00B8462B"/>
    <w:rsid w:val="00BC1E48"/>
    <w:rsid w:val="00BE3314"/>
    <w:rsid w:val="00BE338E"/>
    <w:rsid w:val="00C0764F"/>
    <w:rsid w:val="00C1564A"/>
    <w:rsid w:val="00C1795F"/>
    <w:rsid w:val="00C35618"/>
    <w:rsid w:val="00C400A5"/>
    <w:rsid w:val="00C4589C"/>
    <w:rsid w:val="00C479C1"/>
    <w:rsid w:val="00C60A5D"/>
    <w:rsid w:val="00C814B1"/>
    <w:rsid w:val="00C84F2B"/>
    <w:rsid w:val="00C877AF"/>
    <w:rsid w:val="00CB0664"/>
    <w:rsid w:val="00CB0D5F"/>
    <w:rsid w:val="00CB4697"/>
    <w:rsid w:val="00CB5E74"/>
    <w:rsid w:val="00CC042E"/>
    <w:rsid w:val="00CC61D7"/>
    <w:rsid w:val="00CE0E50"/>
    <w:rsid w:val="00D043FA"/>
    <w:rsid w:val="00D317B6"/>
    <w:rsid w:val="00D3236E"/>
    <w:rsid w:val="00D40F22"/>
    <w:rsid w:val="00D446F7"/>
    <w:rsid w:val="00D6125F"/>
    <w:rsid w:val="00D80F51"/>
    <w:rsid w:val="00D8313C"/>
    <w:rsid w:val="00D87040"/>
    <w:rsid w:val="00DE2E1B"/>
    <w:rsid w:val="00E3761F"/>
    <w:rsid w:val="00E72BF7"/>
    <w:rsid w:val="00E85EE4"/>
    <w:rsid w:val="00EC0C8F"/>
    <w:rsid w:val="00ED44C0"/>
    <w:rsid w:val="00ED762C"/>
    <w:rsid w:val="00EF35C5"/>
    <w:rsid w:val="00F01E33"/>
    <w:rsid w:val="00F03383"/>
    <w:rsid w:val="00F15BB6"/>
    <w:rsid w:val="00F42942"/>
    <w:rsid w:val="00F50C66"/>
    <w:rsid w:val="00F70F43"/>
    <w:rsid w:val="00F7382D"/>
    <w:rsid w:val="00F77433"/>
    <w:rsid w:val="00FA520D"/>
    <w:rsid w:val="00FB161E"/>
    <w:rsid w:val="00FB2AA5"/>
    <w:rsid w:val="00FC2485"/>
    <w:rsid w:val="00FC693F"/>
    <w:rsid w:val="00FD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2445B9"/>
  <w14:defaultImageDpi w14:val="300"/>
  <w15:docId w15:val="{643D967A-7A63-7748-8C03-6E101CCBC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Title"/>
    <w:next w:val="Normal"/>
    <w:link w:val="Heading1Char"/>
    <w:uiPriority w:val="9"/>
    <w:qFormat/>
    <w:rsid w:val="00783C26"/>
    <w:pPr>
      <w:outlineLvl w:val="0"/>
    </w:pPr>
    <w:rPr>
      <w:sz w:val="44"/>
      <w:szCs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C389A"/>
    <w:pPr>
      <w:outlineLvl w:val="1"/>
    </w:pPr>
    <w:rPr>
      <w:sz w:val="36"/>
      <w:szCs w:val="3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C389A"/>
    <w:pPr>
      <w:outlineLvl w:val="2"/>
    </w:pPr>
    <w:rPr>
      <w:sz w:val="28"/>
      <w:szCs w:val="30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D80F51"/>
    <w:pPr>
      <w:outlineLvl w:val="3"/>
    </w:pPr>
    <w:rPr>
      <w:i/>
      <w:iCs/>
      <w:color w:val="000000" w:themeColor="text1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83C26"/>
    <w:rPr>
      <w:rFonts w:asciiTheme="majorHAnsi" w:eastAsiaTheme="majorEastAsia" w:hAnsiTheme="majorHAnsi" w:cs="Times New Roman (Headings CS)"/>
      <w:b/>
      <w:bCs/>
      <w:color w:val="17365D" w:themeColor="text2" w:themeShade="BF"/>
      <w:spacing w:val="-10"/>
      <w:kern w:val="28"/>
      <w:sz w:val="44"/>
      <w:szCs w:val="4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C389A"/>
    <w:rPr>
      <w:rFonts w:asciiTheme="majorHAnsi" w:eastAsiaTheme="majorEastAsia" w:hAnsiTheme="majorHAnsi" w:cs="Times New Roman (Headings CS)"/>
      <w:b/>
      <w:bCs/>
      <w:color w:val="17365D" w:themeColor="text2" w:themeShade="BF"/>
      <w:spacing w:val="-10"/>
      <w:kern w:val="28"/>
      <w:sz w:val="36"/>
      <w:szCs w:val="3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C389A"/>
    <w:rPr>
      <w:rFonts w:asciiTheme="majorHAnsi" w:eastAsiaTheme="majorEastAsia" w:hAnsiTheme="majorHAnsi" w:cs="Times New Roman (Headings CS)"/>
      <w:b/>
      <w:bCs/>
      <w:color w:val="17365D" w:themeColor="text2" w:themeShade="BF"/>
      <w:spacing w:val="-10"/>
      <w:kern w:val="28"/>
      <w:sz w:val="28"/>
      <w:szCs w:val="3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C35618"/>
    <w:pPr>
      <w:pBdr>
        <w:bottom w:val="single" w:sz="8" w:space="4" w:color="4F81BD" w:themeColor="accent1"/>
      </w:pBdr>
      <w:spacing w:after="0" w:line="240" w:lineRule="auto"/>
      <w:contextualSpacing/>
    </w:pPr>
    <w:rPr>
      <w:rFonts w:asciiTheme="majorHAnsi" w:eastAsiaTheme="majorEastAsia" w:hAnsiTheme="majorHAnsi" w:cs="Times New Roman (Headings CS)"/>
      <w:b/>
      <w:bCs/>
      <w:color w:val="17365D" w:themeColor="text2" w:themeShade="BF"/>
      <w:spacing w:val="-10"/>
      <w:kern w:val="28"/>
      <w:sz w:val="48"/>
      <w:szCs w:val="50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C35618"/>
    <w:rPr>
      <w:rFonts w:asciiTheme="majorHAnsi" w:eastAsiaTheme="majorEastAsia" w:hAnsiTheme="majorHAnsi" w:cs="Times New Roman (Headings CS)"/>
      <w:b/>
      <w:bCs/>
      <w:color w:val="17365D" w:themeColor="text2" w:themeShade="BF"/>
      <w:spacing w:val="-10"/>
      <w:kern w:val="28"/>
      <w:sz w:val="48"/>
      <w:szCs w:val="50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D80F51"/>
    <w:rPr>
      <w:rFonts w:asciiTheme="majorHAnsi" w:eastAsiaTheme="majorEastAsia" w:hAnsiTheme="majorHAnsi" w:cs="Times New Roman (Headings CS)"/>
      <w:b/>
      <w:bCs/>
      <w:i/>
      <w:iCs/>
      <w:color w:val="000000" w:themeColor="text1"/>
      <w:spacing w:val="-10"/>
      <w:kern w:val="28"/>
      <w:sz w:val="24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44DA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4D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25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kklion.com/it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mkklion.com/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nkedin.com/in/martin-harris-88309bb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837</Words>
  <Characters>4713</Characters>
  <Application>Microsoft Office Word</Application>
  <DocSecurity>0</DocSecurity>
  <Lines>114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 Harris</cp:lastModifiedBy>
  <cp:revision>2</cp:revision>
  <cp:lastPrinted>2026-04-23T12:55:00Z</cp:lastPrinted>
  <dcterms:created xsi:type="dcterms:W3CDTF">2026-08-24T15:30:00Z</dcterms:created>
  <dcterms:modified xsi:type="dcterms:W3CDTF">2026-08-24T15:30:00Z</dcterms:modified>
  <cp:category/>
</cp:coreProperties>
</file>